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15256C" w14:textId="467D3246" w:rsidR="00C57731" w:rsidRPr="000A4FE9" w:rsidRDefault="00000000">
      <w:pPr>
        <w:spacing w:after="120"/>
        <w:jc w:val="center"/>
        <w:rPr>
          <w:lang w:val="ru-RU"/>
        </w:rPr>
      </w:pPr>
      <w:r w:rsidRPr="000A4FE9">
        <w:rPr>
          <w:b/>
          <w:sz w:val="28"/>
          <w:lang w:val="ru-RU"/>
        </w:rPr>
        <w:t>Политика в отношении обработки персональных данных</w:t>
      </w:r>
      <w:r w:rsidRPr="000A4FE9">
        <w:rPr>
          <w:b/>
          <w:sz w:val="28"/>
          <w:lang w:val="ru-RU"/>
        </w:rPr>
        <w:br/>
        <w:t xml:space="preserve">Дата последнего обновления: </w:t>
      </w:r>
      <w:r w:rsidR="000A4FE9">
        <w:rPr>
          <w:b/>
          <w:sz w:val="28"/>
          <w:lang w:val="ru-RU"/>
        </w:rPr>
        <w:t>14</w:t>
      </w:r>
      <w:r w:rsidRPr="000A4FE9">
        <w:rPr>
          <w:b/>
          <w:sz w:val="28"/>
          <w:lang w:val="ru-RU"/>
        </w:rPr>
        <w:t xml:space="preserve"> </w:t>
      </w:r>
      <w:r w:rsidR="000A4FE9">
        <w:rPr>
          <w:b/>
          <w:sz w:val="28"/>
          <w:lang w:val="ru-RU"/>
        </w:rPr>
        <w:t>августа</w:t>
      </w:r>
      <w:r w:rsidRPr="000A4FE9">
        <w:rPr>
          <w:b/>
          <w:sz w:val="28"/>
          <w:lang w:val="ru-RU"/>
        </w:rPr>
        <w:t xml:space="preserve"> 202</w:t>
      </w:r>
      <w:r w:rsidR="00BF6540">
        <w:rPr>
          <w:b/>
          <w:sz w:val="28"/>
          <w:lang w:val="ru-RU"/>
        </w:rPr>
        <w:t>6</w:t>
      </w:r>
      <w:r w:rsidRPr="000A4FE9">
        <w:rPr>
          <w:b/>
          <w:sz w:val="28"/>
          <w:lang w:val="ru-RU"/>
        </w:rPr>
        <w:t xml:space="preserve"> года</w:t>
      </w:r>
    </w:p>
    <w:p w14:paraId="6F497A98" w14:textId="77777777" w:rsidR="00C57731" w:rsidRPr="000A4FE9" w:rsidRDefault="00000000">
      <w:pPr>
        <w:spacing w:after="120"/>
        <w:jc w:val="center"/>
        <w:rPr>
          <w:lang w:val="ru-RU"/>
        </w:rPr>
      </w:pPr>
      <w:r w:rsidRPr="000A4FE9">
        <w:rPr>
          <w:lang w:val="ru-RU"/>
        </w:rPr>
        <w:t>1. Общие положения</w:t>
      </w:r>
    </w:p>
    <w:p w14:paraId="70F11BAB" w14:textId="77777777" w:rsidR="00C57731" w:rsidRPr="000A4FE9" w:rsidRDefault="00000000">
      <w:pPr>
        <w:spacing w:after="120"/>
        <w:rPr>
          <w:lang w:val="ru-RU"/>
        </w:rPr>
      </w:pPr>
      <w:r w:rsidRPr="000A4FE9">
        <w:rPr>
          <w:lang w:val="ru-RU"/>
        </w:rPr>
        <w:t xml:space="preserve">1.1. Настоящая политика в отношении обработки персональных данных (далее — Политика) определяет основные принципы, цели, условия и способы обработки персональных данных индивидуальным предпринимателем </w:t>
      </w:r>
      <w:proofErr w:type="spellStart"/>
      <w:r w:rsidRPr="000A4FE9">
        <w:rPr>
          <w:lang w:val="ru-RU"/>
        </w:rPr>
        <w:t>Кисаметдиновым</w:t>
      </w:r>
      <w:proofErr w:type="spellEnd"/>
      <w:r w:rsidRPr="000A4FE9">
        <w:rPr>
          <w:lang w:val="ru-RU"/>
        </w:rPr>
        <w:t xml:space="preserve"> Русланом </w:t>
      </w:r>
      <w:proofErr w:type="spellStart"/>
      <w:r w:rsidRPr="000A4FE9">
        <w:rPr>
          <w:lang w:val="ru-RU"/>
        </w:rPr>
        <w:t>Ринатовичем</w:t>
      </w:r>
      <w:proofErr w:type="spellEnd"/>
      <w:r w:rsidRPr="000A4FE9">
        <w:rPr>
          <w:lang w:val="ru-RU"/>
        </w:rPr>
        <w:t xml:space="preserve"> (ИП </w:t>
      </w:r>
      <w:proofErr w:type="spellStart"/>
      <w:r w:rsidRPr="000A4FE9">
        <w:rPr>
          <w:lang w:val="ru-RU"/>
        </w:rPr>
        <w:t>Кисаметдинов</w:t>
      </w:r>
      <w:proofErr w:type="spellEnd"/>
      <w:r w:rsidRPr="000A4FE9">
        <w:rPr>
          <w:lang w:val="ru-RU"/>
        </w:rPr>
        <w:t xml:space="preserve"> Руслан </w:t>
      </w:r>
      <w:proofErr w:type="spellStart"/>
      <w:r w:rsidRPr="000A4FE9">
        <w:rPr>
          <w:lang w:val="ru-RU"/>
        </w:rPr>
        <w:t>Ринатович</w:t>
      </w:r>
      <w:proofErr w:type="spellEnd"/>
      <w:r w:rsidRPr="000A4FE9">
        <w:rPr>
          <w:lang w:val="ru-RU"/>
        </w:rPr>
        <w:t xml:space="preserve">). ОГРНИП 323730000004646, ИНН 732609207229, </w:t>
      </w:r>
      <w:r>
        <w:t>e</w:t>
      </w:r>
      <w:r w:rsidRPr="000A4FE9">
        <w:rPr>
          <w:lang w:val="ru-RU"/>
        </w:rPr>
        <w:t>-</w:t>
      </w:r>
      <w:r>
        <w:t>mail</w:t>
      </w:r>
      <w:r w:rsidRPr="000A4FE9">
        <w:rPr>
          <w:lang w:val="ru-RU"/>
        </w:rPr>
        <w:t xml:space="preserve">: </w:t>
      </w:r>
      <w:r>
        <w:t>my</w:t>
      </w:r>
      <w:r w:rsidRPr="000A4FE9">
        <w:rPr>
          <w:lang w:val="ru-RU"/>
        </w:rPr>
        <w:t>-</w:t>
      </w:r>
      <w:r>
        <w:t>best</w:t>
      </w:r>
      <w:r w:rsidRPr="000A4FE9">
        <w:rPr>
          <w:lang w:val="ru-RU"/>
        </w:rPr>
        <w:t>-</w:t>
      </w:r>
      <w:r>
        <w:t>room</w:t>
      </w:r>
      <w:r w:rsidRPr="000A4FE9">
        <w:rPr>
          <w:lang w:val="ru-RU"/>
        </w:rPr>
        <w:t>@</w:t>
      </w:r>
      <w:r>
        <w:t>mail</w:t>
      </w:r>
      <w:r w:rsidRPr="000A4FE9">
        <w:rPr>
          <w:lang w:val="ru-RU"/>
        </w:rPr>
        <w:t>.</w:t>
      </w:r>
      <w:proofErr w:type="spellStart"/>
      <w:r>
        <w:t>ru</w:t>
      </w:r>
      <w:proofErr w:type="spellEnd"/>
      <w:r w:rsidRPr="000A4FE9">
        <w:rPr>
          <w:lang w:val="ru-RU"/>
        </w:rPr>
        <w:t xml:space="preserve"> (далее — Оператор).</w:t>
      </w:r>
    </w:p>
    <w:p w14:paraId="6CBF5219" w14:textId="77777777" w:rsidR="00C57731" w:rsidRPr="000A4FE9" w:rsidRDefault="00000000">
      <w:pPr>
        <w:spacing w:after="120"/>
        <w:rPr>
          <w:lang w:val="ru-RU"/>
        </w:rPr>
      </w:pPr>
      <w:r w:rsidRPr="000A4FE9">
        <w:rPr>
          <w:lang w:val="ru-RU"/>
        </w:rPr>
        <w:t>1.2. Основные понятия, используемые в Политике:</w:t>
      </w:r>
    </w:p>
    <w:p w14:paraId="02BD8757" w14:textId="77777777" w:rsidR="00C57731" w:rsidRPr="000A4FE9" w:rsidRDefault="00000000">
      <w:pPr>
        <w:spacing w:after="120"/>
        <w:rPr>
          <w:lang w:val="ru-RU"/>
        </w:rPr>
      </w:pPr>
      <w:r w:rsidRPr="000A4FE9">
        <w:rPr>
          <w:lang w:val="ru-RU"/>
        </w:rPr>
        <w:t>1.2.1.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14:paraId="3BFDCAA1" w14:textId="77777777" w:rsidR="00C57731" w:rsidRPr="000A4FE9" w:rsidRDefault="00000000">
      <w:pPr>
        <w:spacing w:after="120"/>
        <w:rPr>
          <w:lang w:val="ru-RU"/>
        </w:rPr>
      </w:pPr>
      <w:r w:rsidRPr="000A4FE9">
        <w:rPr>
          <w:lang w:val="ru-RU"/>
        </w:rPr>
        <w:t>1.2.2. 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12535AE9" w14:textId="77777777" w:rsidR="00C57731" w:rsidRPr="000A4FE9" w:rsidRDefault="00000000">
      <w:pPr>
        <w:spacing w:after="120"/>
        <w:rPr>
          <w:lang w:val="ru-RU"/>
        </w:rPr>
      </w:pPr>
      <w:r w:rsidRPr="000A4FE9">
        <w:rPr>
          <w:lang w:val="ru-RU"/>
        </w:rPr>
        <w:t>1.2.3. Автоматизированная обработка персональных данных - обработка персональных данных с помощью средств вычислительной техники;</w:t>
      </w:r>
    </w:p>
    <w:p w14:paraId="22D34DA6" w14:textId="77777777" w:rsidR="00C57731" w:rsidRPr="000A4FE9" w:rsidRDefault="00000000">
      <w:pPr>
        <w:spacing w:after="120"/>
        <w:rPr>
          <w:lang w:val="ru-RU"/>
        </w:rPr>
      </w:pPr>
      <w:r w:rsidRPr="000A4FE9">
        <w:rPr>
          <w:lang w:val="ru-RU"/>
        </w:rPr>
        <w:t>1.2.4. Распространение персональных данных - действия, направленные на раскрытие персональных данных неопределенному кругу лиц;</w:t>
      </w:r>
    </w:p>
    <w:p w14:paraId="1F56AB34" w14:textId="77777777" w:rsidR="00C57731" w:rsidRPr="000A4FE9" w:rsidRDefault="00000000">
      <w:pPr>
        <w:spacing w:after="120"/>
        <w:rPr>
          <w:lang w:val="ru-RU"/>
        </w:rPr>
      </w:pPr>
      <w:r w:rsidRPr="000A4FE9">
        <w:rPr>
          <w:lang w:val="ru-RU"/>
        </w:rPr>
        <w:t>1.2.5.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5AF2B1D2" w14:textId="77777777" w:rsidR="00C57731" w:rsidRPr="000A4FE9" w:rsidRDefault="00000000">
      <w:pPr>
        <w:spacing w:after="120"/>
        <w:rPr>
          <w:lang w:val="ru-RU"/>
        </w:rPr>
      </w:pPr>
      <w:r w:rsidRPr="000A4FE9">
        <w:rPr>
          <w:lang w:val="ru-RU"/>
        </w:rPr>
        <w:t>1.2.6.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2B9CAD84" w14:textId="77777777" w:rsidR="00C57731" w:rsidRPr="000A4FE9" w:rsidRDefault="00000000">
      <w:pPr>
        <w:spacing w:after="120"/>
        <w:rPr>
          <w:lang w:val="ru-RU"/>
        </w:rPr>
      </w:pPr>
      <w:r w:rsidRPr="000A4FE9">
        <w:rPr>
          <w:lang w:val="ru-RU"/>
        </w:rPr>
        <w:t>1.2.7.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34B96DD5" w14:textId="77777777" w:rsidR="00C57731" w:rsidRPr="000A4FE9" w:rsidRDefault="00000000">
      <w:pPr>
        <w:spacing w:after="120"/>
        <w:rPr>
          <w:lang w:val="ru-RU"/>
        </w:rPr>
      </w:pPr>
      <w:r w:rsidRPr="000A4FE9">
        <w:rPr>
          <w:lang w:val="ru-RU"/>
        </w:rPr>
        <w:t>1.2.8.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48B745CB" w14:textId="77777777" w:rsidR="00C57731" w:rsidRPr="000A4FE9" w:rsidRDefault="00000000">
      <w:pPr>
        <w:spacing w:after="120"/>
        <w:rPr>
          <w:lang w:val="ru-RU"/>
        </w:rPr>
      </w:pPr>
      <w:r w:rsidRPr="000A4FE9">
        <w:rPr>
          <w:lang w:val="ru-RU"/>
        </w:rPr>
        <w:t>1.2.9. Оператор персональных данных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39FD462D" w14:textId="61C52385" w:rsidR="00C57731" w:rsidRPr="00490E36" w:rsidRDefault="00000000">
      <w:pPr>
        <w:spacing w:after="120"/>
        <w:rPr>
          <w:lang w:val="ru-RU"/>
        </w:rPr>
      </w:pPr>
      <w:r w:rsidRPr="000A4FE9">
        <w:rPr>
          <w:lang w:val="ru-RU"/>
        </w:rPr>
        <w:t xml:space="preserve">1.2.10. Веб-сайт/сайт Оператора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r:id="rId6" w:history="1">
        <w:r w:rsidR="00490E36" w:rsidRPr="00FD4935">
          <w:rPr>
            <w:rStyle w:val="aff8"/>
          </w:rPr>
          <w:t>https</w:t>
        </w:r>
        <w:r w:rsidR="00490E36" w:rsidRPr="00FD4935">
          <w:rPr>
            <w:rStyle w:val="aff8"/>
            <w:lang w:val="ru-RU"/>
          </w:rPr>
          <w:t>://</w:t>
        </w:r>
        <w:proofErr w:type="spellStart"/>
        <w:r w:rsidR="00490E36" w:rsidRPr="00FD4935">
          <w:rPr>
            <w:rStyle w:val="aff8"/>
          </w:rPr>
          <w:t>bestroomstore</w:t>
        </w:r>
        <w:proofErr w:type="spellEnd"/>
        <w:r w:rsidR="00490E36" w:rsidRPr="00FD4935">
          <w:rPr>
            <w:rStyle w:val="aff8"/>
            <w:lang w:val="ru-RU"/>
          </w:rPr>
          <w:t>.</w:t>
        </w:r>
        <w:r w:rsidR="00490E36" w:rsidRPr="00FD4935">
          <w:rPr>
            <w:rStyle w:val="aff8"/>
          </w:rPr>
          <w:t>com</w:t>
        </w:r>
        <w:r w:rsidR="00490E36" w:rsidRPr="00FD4935">
          <w:rPr>
            <w:rStyle w:val="aff8"/>
            <w:lang w:val="ru-RU"/>
          </w:rPr>
          <w:t>/</w:t>
        </w:r>
      </w:hyperlink>
      <w:r w:rsidR="00490E36">
        <w:rPr>
          <w:lang w:val="ru-RU"/>
        </w:rPr>
        <w:t xml:space="preserve"> </w:t>
      </w:r>
    </w:p>
    <w:p w14:paraId="447A067D" w14:textId="77777777" w:rsidR="00C57731" w:rsidRPr="000A4FE9" w:rsidRDefault="00000000">
      <w:pPr>
        <w:spacing w:after="120"/>
        <w:rPr>
          <w:lang w:val="ru-RU"/>
        </w:rPr>
      </w:pPr>
      <w:r w:rsidRPr="000A4FE9">
        <w:rPr>
          <w:lang w:val="ru-RU"/>
        </w:rPr>
        <w:lastRenderedPageBreak/>
        <w:t>1.2.11. Файл «</w:t>
      </w:r>
      <w:r>
        <w:t>Cookies</w:t>
      </w:r>
      <w:r w:rsidRPr="000A4FE9">
        <w:rPr>
          <w:lang w:val="ru-RU"/>
        </w:rPr>
        <w:t xml:space="preserve">» — небольшой фрагмент данных, отправленный веб-сервером и хранимый на компьютере пользователя, который веб-клиент или веб-браузер каждый раз пересылает веб-серверу в </w:t>
      </w:r>
      <w:r>
        <w:t>HTTP</w:t>
      </w:r>
      <w:r w:rsidRPr="000A4FE9">
        <w:rPr>
          <w:lang w:val="ru-RU"/>
        </w:rPr>
        <w:t>-запросе при попытке открыть страницу соответствующего сайта.</w:t>
      </w:r>
    </w:p>
    <w:p w14:paraId="1857B098" w14:textId="77777777" w:rsidR="00C57731" w:rsidRPr="000A4FE9" w:rsidRDefault="00000000">
      <w:pPr>
        <w:spacing w:after="120"/>
        <w:rPr>
          <w:lang w:val="ru-RU"/>
        </w:rPr>
      </w:pPr>
      <w:r w:rsidRPr="000A4FE9">
        <w:rPr>
          <w:lang w:val="ru-RU"/>
        </w:rPr>
        <w:t>1.2.12. Пользователь сайта– любой посетитель веб-сайта оператора.</w:t>
      </w:r>
    </w:p>
    <w:p w14:paraId="771E801F" w14:textId="77777777" w:rsidR="00C57731" w:rsidRPr="000A4FE9" w:rsidRDefault="00000000">
      <w:pPr>
        <w:spacing w:after="120"/>
        <w:rPr>
          <w:lang w:val="ru-RU"/>
        </w:rPr>
      </w:pPr>
      <w:r w:rsidRPr="000A4FE9">
        <w:rPr>
          <w:lang w:val="ru-RU"/>
        </w:rPr>
        <w:t>1.3. 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68261B59" w14:textId="77777777" w:rsidR="00C57731" w:rsidRPr="000A4FE9" w:rsidRDefault="00000000">
      <w:pPr>
        <w:spacing w:after="120"/>
        <w:rPr>
          <w:lang w:val="ru-RU"/>
        </w:rPr>
      </w:pPr>
      <w:r w:rsidRPr="000A4FE9">
        <w:rPr>
          <w:lang w:val="ru-RU"/>
        </w:rPr>
        <w:t>1.4. Субъект персональных данных имеет право на получение информации, касающейся обработки его персональных данных, в том числе содержащей:</w:t>
      </w:r>
    </w:p>
    <w:p w14:paraId="18F4095D" w14:textId="77777777" w:rsidR="00C57731" w:rsidRPr="000A4FE9" w:rsidRDefault="00000000">
      <w:pPr>
        <w:spacing w:after="120"/>
        <w:rPr>
          <w:lang w:val="ru-RU"/>
        </w:rPr>
      </w:pPr>
      <w:r w:rsidRPr="000A4FE9">
        <w:rPr>
          <w:lang w:val="ru-RU"/>
        </w:rPr>
        <w:t>1) подтверждение факта обработки персональных данных оператором;</w:t>
      </w:r>
    </w:p>
    <w:p w14:paraId="6517FB11" w14:textId="77777777" w:rsidR="00C57731" w:rsidRPr="000A4FE9" w:rsidRDefault="00000000">
      <w:pPr>
        <w:spacing w:after="120"/>
        <w:rPr>
          <w:lang w:val="ru-RU"/>
        </w:rPr>
      </w:pPr>
      <w:r w:rsidRPr="000A4FE9">
        <w:rPr>
          <w:lang w:val="ru-RU"/>
        </w:rPr>
        <w:t>2) правовые основания и цели обработки персональных данных;</w:t>
      </w:r>
    </w:p>
    <w:p w14:paraId="6407A38D" w14:textId="77777777" w:rsidR="00C57731" w:rsidRPr="000A4FE9" w:rsidRDefault="00000000">
      <w:pPr>
        <w:spacing w:after="120"/>
        <w:rPr>
          <w:lang w:val="ru-RU"/>
        </w:rPr>
      </w:pPr>
      <w:r w:rsidRPr="000A4FE9">
        <w:rPr>
          <w:lang w:val="ru-RU"/>
        </w:rPr>
        <w:t>3) цели и применяемые оператором способы обработки персональных данных;</w:t>
      </w:r>
    </w:p>
    <w:p w14:paraId="141A330A" w14:textId="77777777" w:rsidR="00C57731" w:rsidRPr="000A4FE9" w:rsidRDefault="00000000">
      <w:pPr>
        <w:spacing w:after="120"/>
        <w:rPr>
          <w:lang w:val="ru-RU"/>
        </w:rPr>
      </w:pPr>
      <w:r w:rsidRPr="000A4FE9">
        <w:rPr>
          <w:lang w:val="ru-RU"/>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4C24BFCD" w14:textId="77777777" w:rsidR="00C57731" w:rsidRPr="000A4FE9" w:rsidRDefault="00000000">
      <w:pPr>
        <w:spacing w:after="120"/>
        <w:rPr>
          <w:lang w:val="ru-RU"/>
        </w:rPr>
      </w:pPr>
      <w:r w:rsidRPr="000A4FE9">
        <w:rPr>
          <w:lang w:val="ru-RU"/>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38DF0C04" w14:textId="77777777" w:rsidR="00C57731" w:rsidRPr="000A4FE9" w:rsidRDefault="00000000">
      <w:pPr>
        <w:spacing w:after="120"/>
        <w:rPr>
          <w:lang w:val="ru-RU"/>
        </w:rPr>
      </w:pPr>
      <w:r w:rsidRPr="000A4FE9">
        <w:rPr>
          <w:lang w:val="ru-RU"/>
        </w:rPr>
        <w:t>6) сроки обработки персональных данных, в том числе сроки их хранения;</w:t>
      </w:r>
    </w:p>
    <w:p w14:paraId="5FDCC88C" w14:textId="77777777" w:rsidR="00C57731" w:rsidRPr="000A4FE9" w:rsidRDefault="00000000">
      <w:pPr>
        <w:spacing w:after="120"/>
        <w:rPr>
          <w:lang w:val="ru-RU"/>
        </w:rPr>
      </w:pPr>
      <w:r w:rsidRPr="000A4FE9">
        <w:rPr>
          <w:lang w:val="ru-RU"/>
        </w:rPr>
        <w:t>7) порядок осуществления субъектом персональных данных прав, предусмотренных Федеральным законом;</w:t>
      </w:r>
    </w:p>
    <w:p w14:paraId="34068D8F" w14:textId="77777777" w:rsidR="00C57731" w:rsidRPr="000A4FE9" w:rsidRDefault="00000000">
      <w:pPr>
        <w:spacing w:after="120"/>
        <w:rPr>
          <w:lang w:val="ru-RU"/>
        </w:rPr>
      </w:pPr>
      <w:r w:rsidRPr="000A4FE9">
        <w:rPr>
          <w:lang w:val="ru-RU"/>
        </w:rPr>
        <w:t>8) информацию об осуществленной или о предполагаемой трансграничной передаче данных;</w:t>
      </w:r>
    </w:p>
    <w:p w14:paraId="7A717399" w14:textId="77777777" w:rsidR="00C57731" w:rsidRPr="000A4FE9" w:rsidRDefault="00000000">
      <w:pPr>
        <w:spacing w:after="120"/>
        <w:rPr>
          <w:lang w:val="ru-RU"/>
        </w:rPr>
      </w:pPr>
      <w:r w:rsidRPr="000A4FE9">
        <w:rPr>
          <w:lang w:val="ru-RU"/>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6D6CADD0" w14:textId="77777777" w:rsidR="00C57731" w:rsidRPr="000A4FE9" w:rsidRDefault="00000000">
      <w:pPr>
        <w:spacing w:after="120"/>
        <w:rPr>
          <w:lang w:val="ru-RU"/>
        </w:rPr>
      </w:pPr>
      <w:r w:rsidRPr="000A4FE9">
        <w:rPr>
          <w:lang w:val="ru-RU"/>
        </w:rPr>
        <w:t>9.1) информацию о способах исполнения оператором обязанностей, установленных статьей 18.1 Федерального закона;</w:t>
      </w:r>
    </w:p>
    <w:p w14:paraId="7D5500DD" w14:textId="77777777" w:rsidR="00C57731" w:rsidRPr="000A4FE9" w:rsidRDefault="00000000">
      <w:pPr>
        <w:spacing w:after="120"/>
        <w:rPr>
          <w:lang w:val="ru-RU"/>
        </w:rPr>
      </w:pPr>
      <w:r w:rsidRPr="000A4FE9">
        <w:rPr>
          <w:lang w:val="ru-RU"/>
        </w:rPr>
        <w:t>10) иные сведения, предусмотренные Федеральным законом "О персональных данных" или другими федеральными законами.</w:t>
      </w:r>
    </w:p>
    <w:p w14:paraId="410F2BAD" w14:textId="77777777" w:rsidR="00C57731" w:rsidRPr="000A4FE9" w:rsidRDefault="00000000">
      <w:pPr>
        <w:spacing w:after="120"/>
        <w:rPr>
          <w:lang w:val="ru-RU"/>
        </w:rPr>
      </w:pPr>
      <w:r w:rsidRPr="000A4FE9">
        <w:rPr>
          <w:lang w:val="ru-RU"/>
        </w:rPr>
        <w:t>1.5.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E0B5C64" w14:textId="77777777" w:rsidR="00C57731" w:rsidRPr="000A4FE9" w:rsidRDefault="00000000">
      <w:pPr>
        <w:spacing w:after="120"/>
        <w:rPr>
          <w:lang w:val="ru-RU"/>
        </w:rPr>
      </w:pPr>
      <w:r w:rsidRPr="000A4FE9">
        <w:rPr>
          <w:lang w:val="ru-RU"/>
        </w:rPr>
        <w:t>1.6.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14E472A6" w14:textId="77777777" w:rsidR="00C57731" w:rsidRPr="000A4FE9" w:rsidRDefault="00000000">
      <w:pPr>
        <w:spacing w:after="120"/>
        <w:rPr>
          <w:lang w:val="ru-RU"/>
        </w:rPr>
      </w:pPr>
      <w:r w:rsidRPr="000A4FE9">
        <w:rPr>
          <w:lang w:val="ru-RU"/>
        </w:rPr>
        <w:t>1.7. Оператор персональных данных вправе:</w:t>
      </w:r>
    </w:p>
    <w:p w14:paraId="1B0F09C6" w14:textId="77777777" w:rsidR="00C57731" w:rsidRPr="000A4FE9" w:rsidRDefault="00000000">
      <w:pPr>
        <w:spacing w:after="120"/>
        <w:rPr>
          <w:lang w:val="ru-RU"/>
        </w:rPr>
      </w:pPr>
      <w:r w:rsidRPr="000A4FE9">
        <w:rPr>
          <w:lang w:val="ru-RU"/>
        </w:rPr>
        <w:t>отстаивать свои интересы в суде;</w:t>
      </w:r>
      <w:r w:rsidRPr="000A4FE9">
        <w:rPr>
          <w:lang w:val="ru-RU"/>
        </w:rPr>
        <w:br/>
        <w:t>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r w:rsidRPr="000A4FE9">
        <w:rPr>
          <w:lang w:val="ru-RU"/>
        </w:rPr>
        <w:br/>
        <w:t>отказывать в предоставлении персональных данных в случаях, предусмотренных законодательством;</w:t>
      </w:r>
      <w:r w:rsidRPr="000A4FE9">
        <w:rPr>
          <w:lang w:val="ru-RU"/>
        </w:rPr>
        <w:br/>
      </w:r>
      <w:r w:rsidRPr="000A4FE9">
        <w:rPr>
          <w:lang w:val="ru-RU"/>
        </w:rPr>
        <w:lastRenderedPageBreak/>
        <w:t>использовать персональные данные субъекта без его согласия в случаях, предусмотренных законодательством.</w:t>
      </w:r>
    </w:p>
    <w:p w14:paraId="2AF69EA3" w14:textId="77777777" w:rsidR="00C57731" w:rsidRPr="000A4FE9" w:rsidRDefault="00000000">
      <w:pPr>
        <w:spacing w:after="120"/>
        <w:rPr>
          <w:lang w:val="ru-RU"/>
        </w:rPr>
      </w:pPr>
      <w:r w:rsidRPr="000A4FE9">
        <w:rPr>
          <w:lang w:val="ru-RU"/>
        </w:rPr>
        <w:t>1.8. При сборе персональных данных оператор обязан предоставить субъекту персональных данных по его просьбе информацию, предусмотренную частью 7 статьи 14 Федерального закона "О персональных данных".</w:t>
      </w:r>
    </w:p>
    <w:p w14:paraId="5230A569" w14:textId="77777777" w:rsidR="00C57731" w:rsidRPr="000A4FE9" w:rsidRDefault="00000000">
      <w:pPr>
        <w:spacing w:after="120"/>
        <w:rPr>
          <w:lang w:val="ru-RU"/>
        </w:rPr>
      </w:pPr>
      <w:r w:rsidRPr="000A4FE9">
        <w:rPr>
          <w:lang w:val="ru-RU"/>
        </w:rPr>
        <w:t>1.9.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пунктах 2, 3, 4, 8 части 1 статьи 6 Федерального закона "О персональных данных".</w:t>
      </w:r>
    </w:p>
    <w:p w14:paraId="2F4690F3" w14:textId="0FF7A634" w:rsidR="00C57731" w:rsidRPr="000A4FE9" w:rsidRDefault="00000000">
      <w:pPr>
        <w:spacing w:after="120"/>
        <w:rPr>
          <w:lang w:val="ru-RU"/>
        </w:rPr>
      </w:pPr>
      <w:r w:rsidRPr="000A4FE9">
        <w:rPr>
          <w:lang w:val="ru-RU"/>
        </w:rPr>
        <w:t xml:space="preserve">1.10.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hyperlink r:id="rId7" w:history="1">
        <w:r w:rsidR="00BF6540" w:rsidRPr="00FD4935">
          <w:rPr>
            <w:rStyle w:val="aff8"/>
          </w:rPr>
          <w:t>https</w:t>
        </w:r>
        <w:r w:rsidR="00BF6540" w:rsidRPr="00FD4935">
          <w:rPr>
            <w:rStyle w:val="aff8"/>
            <w:lang w:val="ru-RU"/>
          </w:rPr>
          <w:t>://</w:t>
        </w:r>
        <w:proofErr w:type="spellStart"/>
        <w:r w:rsidR="00BF6540" w:rsidRPr="00FD4935">
          <w:rPr>
            <w:rStyle w:val="aff8"/>
          </w:rPr>
          <w:t>bestroomstore</w:t>
        </w:r>
        <w:proofErr w:type="spellEnd"/>
        <w:r w:rsidR="00BF6540" w:rsidRPr="00FD4935">
          <w:rPr>
            <w:rStyle w:val="aff8"/>
            <w:lang w:val="ru-RU"/>
          </w:rPr>
          <w:t>.</w:t>
        </w:r>
        <w:r w:rsidR="00BF6540" w:rsidRPr="00FD4935">
          <w:rPr>
            <w:rStyle w:val="aff8"/>
          </w:rPr>
          <w:t>com</w:t>
        </w:r>
        <w:r w:rsidR="00BF6540" w:rsidRPr="00FD4935">
          <w:rPr>
            <w:rStyle w:val="aff8"/>
            <w:lang w:val="ru-RU"/>
          </w:rPr>
          <w:t>/</w:t>
        </w:r>
        <w:r w:rsidR="00BF6540" w:rsidRPr="00FD4935">
          <w:rPr>
            <w:rStyle w:val="aff8"/>
          </w:rPr>
          <w:t>catalog</w:t>
        </w:r>
      </w:hyperlink>
      <w:r w:rsidR="00BF6540">
        <w:rPr>
          <w:lang w:val="ru-RU"/>
        </w:rPr>
        <w:t xml:space="preserve"> </w:t>
      </w:r>
    </w:p>
    <w:p w14:paraId="41339205" w14:textId="77777777" w:rsidR="00C57731" w:rsidRPr="000A4FE9" w:rsidRDefault="00000000">
      <w:pPr>
        <w:spacing w:after="120"/>
        <w:rPr>
          <w:lang w:val="ru-RU"/>
        </w:rPr>
      </w:pPr>
      <w:r w:rsidRPr="000A4FE9">
        <w:rPr>
          <w:lang w:val="ru-RU"/>
        </w:rPr>
        <w:t>Использование Пользователем сайта оператора, выражает свое согласие с настоящей Политикой и условиями обработки персональных данных Пользователя. В случае несогласия Пользователя с какими-либо условиями Политики, пользователь должен воздержаться от использования сайта оператора. Оператор обрабатывает персональные данные Пользователя сайтом только в случае их заполнения и/или отправки Пользователем самостоятельно через специальные формы, расположенные на сайте или направленные Оператору посредством электронной почты. Заполняя соответствующие формы и/или отправляя свои персональные данные Оператору, Пользователь выражает свое согласие с данной Политикой.</w:t>
      </w:r>
    </w:p>
    <w:p w14:paraId="72759830" w14:textId="77777777" w:rsidR="00C57731" w:rsidRPr="000A4FE9" w:rsidRDefault="00000000">
      <w:pPr>
        <w:spacing w:after="120"/>
        <w:rPr>
          <w:lang w:val="ru-RU"/>
        </w:rPr>
      </w:pPr>
      <w:r w:rsidRPr="000A4FE9">
        <w:rPr>
          <w:b/>
          <w:lang w:val="ru-RU"/>
        </w:rPr>
        <w:t>2. Цели сбора персональных данных</w:t>
      </w:r>
    </w:p>
    <w:p w14:paraId="245C697E" w14:textId="77777777" w:rsidR="00C57731" w:rsidRPr="000A4FE9" w:rsidRDefault="00000000">
      <w:pPr>
        <w:spacing w:after="120"/>
        <w:rPr>
          <w:lang w:val="ru-RU"/>
        </w:rPr>
      </w:pPr>
      <w:r w:rsidRPr="000A4FE9">
        <w:rPr>
          <w:lang w:val="ru-RU"/>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0847CA96" w14:textId="77777777" w:rsidR="00C57731" w:rsidRPr="000A4FE9" w:rsidRDefault="00000000">
      <w:pPr>
        <w:spacing w:after="120"/>
        <w:rPr>
          <w:lang w:val="ru-RU"/>
        </w:rPr>
      </w:pPr>
      <w:r w:rsidRPr="000A4FE9">
        <w:rPr>
          <w:lang w:val="ru-RU"/>
        </w:rPr>
        <w:t>2.2. Цели обработки персональных данных происходят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14:paraId="45339EBB" w14:textId="77777777" w:rsidR="00C57731" w:rsidRPr="000A4FE9" w:rsidRDefault="00000000">
      <w:pPr>
        <w:spacing w:after="120"/>
        <w:rPr>
          <w:lang w:val="ru-RU"/>
        </w:rPr>
      </w:pPr>
      <w:r w:rsidRPr="000A4FE9">
        <w:rPr>
          <w:lang w:val="ru-RU"/>
        </w:rPr>
        <w:t>2.3. К целям обработки персональных данных оператора относятся:</w:t>
      </w:r>
    </w:p>
    <w:p w14:paraId="685D3549" w14:textId="77777777" w:rsidR="00C57731" w:rsidRPr="000A4FE9" w:rsidRDefault="00000000">
      <w:pPr>
        <w:spacing w:after="120"/>
        <w:rPr>
          <w:lang w:val="ru-RU"/>
        </w:rPr>
      </w:pPr>
      <w:r w:rsidRPr="000A4FE9">
        <w:rPr>
          <w:lang w:val="ru-RU"/>
        </w:rPr>
        <w:t>* Обработка персональных данных работников, сведений об их профессиональной служебной деятельности, ведение кадрового и бухгалтерского учета, а именно:</w:t>
      </w:r>
    </w:p>
    <w:p w14:paraId="5AD22B0D" w14:textId="77777777" w:rsidR="00C57731" w:rsidRPr="000A4FE9" w:rsidRDefault="00000000">
      <w:pPr>
        <w:spacing w:after="120"/>
        <w:rPr>
          <w:lang w:val="ru-RU"/>
        </w:rPr>
      </w:pPr>
      <w:r w:rsidRPr="000A4FE9">
        <w:rPr>
          <w:lang w:val="ru-RU"/>
        </w:rPr>
        <w:t>заключение, исполнение и прекращение гражданско-правовых договоров;</w:t>
      </w:r>
      <w:r w:rsidRPr="000A4FE9">
        <w:rPr>
          <w:lang w:val="ru-RU"/>
        </w:rPr>
        <w:br/>
        <w:t>организация кадрового учета организации, обеспечение соблюдения законов, заключение и исполнение обязательств по трудовым и гражданско-правовым договорам;</w:t>
      </w:r>
      <w:r w:rsidRPr="000A4FE9">
        <w:rPr>
          <w:lang w:val="ru-RU"/>
        </w:rPr>
        <w:br/>
        <w:t>ведение кадрового делопроизводства, содействие работникам в трудоустройстве, обучении и продвижении по службе, пользовании льготами;</w:t>
      </w:r>
      <w:r w:rsidRPr="000A4FE9">
        <w:rPr>
          <w:lang w:val="ru-RU"/>
        </w:rPr>
        <w:br/>
        <w:t xml:space="preserve">исполнение требований налогового законодательства по вопросам исчисления и уплаты налога на доходы физических лиц, взносов во внебюджетные фонды и страховых взносов во внебюджетные фонды, пенсионного законодательства при формировании и передаче в ПФР персонифицированных </w:t>
      </w:r>
      <w:r w:rsidRPr="000A4FE9">
        <w:rPr>
          <w:lang w:val="ru-RU"/>
        </w:rPr>
        <w:lastRenderedPageBreak/>
        <w:t>данных о каждом получателе доходов, которые учитываются при начислении взносов на обязательное пенсионное страхование;</w:t>
      </w:r>
      <w:r w:rsidRPr="000A4FE9">
        <w:rPr>
          <w:lang w:val="ru-RU"/>
        </w:rPr>
        <w:br/>
        <w:t>заполнение первичной статистической документации в соответствии с трудовым, налоговым законодательством и иными федеральными законами,</w:t>
      </w:r>
    </w:p>
    <w:p w14:paraId="4BCA8363" w14:textId="77777777" w:rsidR="00C57731" w:rsidRPr="000A4FE9" w:rsidRDefault="00000000">
      <w:pPr>
        <w:spacing w:after="120"/>
        <w:rPr>
          <w:lang w:val="ru-RU"/>
        </w:rPr>
      </w:pPr>
      <w:r w:rsidRPr="000A4FE9">
        <w:rPr>
          <w:lang w:val="ru-RU"/>
        </w:rPr>
        <w:t>*обработки, регистрации сведений, необходимых для оказания услуг в области деятельности рекламных агентов.</w:t>
      </w:r>
    </w:p>
    <w:p w14:paraId="331F5BDC" w14:textId="77777777" w:rsidR="00C57731" w:rsidRPr="000A4FE9" w:rsidRDefault="00000000">
      <w:pPr>
        <w:spacing w:after="120"/>
        <w:rPr>
          <w:lang w:val="ru-RU"/>
        </w:rPr>
      </w:pPr>
      <w:r w:rsidRPr="000A4FE9">
        <w:rPr>
          <w:lang w:val="ru-RU"/>
        </w:rPr>
        <w:t>*аналитика действий Пользователя на Веб-сайте и функционирования Веб-сайта, а именно:</w:t>
      </w:r>
    </w:p>
    <w:p w14:paraId="5513DA2B" w14:textId="77777777" w:rsidR="00C57731" w:rsidRPr="000A4FE9" w:rsidRDefault="00000000">
      <w:pPr>
        <w:spacing w:after="120"/>
        <w:rPr>
          <w:lang w:val="ru-RU"/>
        </w:rPr>
      </w:pPr>
      <w:r w:rsidRPr="000A4FE9">
        <w:rPr>
          <w:lang w:val="ru-RU"/>
        </w:rPr>
        <w:t>обработка сведений о местоположении пользователя, сведения о действиях пользователя на Сайте, сведения об оборудовании пользователя, дата и время сессии;</w:t>
      </w:r>
      <w:r w:rsidRPr="000A4FE9">
        <w:rPr>
          <w:lang w:val="ru-RU"/>
        </w:rPr>
        <w:br/>
        <w:t>идентификация Пользователя сайта как субъекта персональных данных с целью заключения любых договоров с Оператором и их дальнейшего исполнения;</w:t>
      </w:r>
      <w:r w:rsidRPr="000A4FE9">
        <w:rPr>
          <w:lang w:val="ru-RU"/>
        </w:rPr>
        <w:br/>
        <w:t>статистические и иные исследовательские и (или) аналитические цели при условии обезличивания моих персональных данных.</w:t>
      </w:r>
    </w:p>
    <w:p w14:paraId="75A575E4" w14:textId="77777777" w:rsidR="00C57731" w:rsidRPr="000A4FE9" w:rsidRDefault="00000000">
      <w:pPr>
        <w:spacing w:after="120"/>
        <w:rPr>
          <w:lang w:val="ru-RU"/>
        </w:rPr>
      </w:pPr>
      <w:r w:rsidRPr="000A4FE9">
        <w:rPr>
          <w:b/>
          <w:lang w:val="ru-RU"/>
        </w:rPr>
        <w:t>3. Правовые основания обработки персональных данных</w:t>
      </w:r>
    </w:p>
    <w:p w14:paraId="67A89699" w14:textId="77777777" w:rsidR="00C57731" w:rsidRPr="000A4FE9" w:rsidRDefault="00000000">
      <w:pPr>
        <w:spacing w:after="120"/>
        <w:rPr>
          <w:lang w:val="ru-RU"/>
        </w:rPr>
      </w:pPr>
      <w:r w:rsidRPr="000A4FE9">
        <w:rPr>
          <w:lang w:val="ru-RU"/>
        </w:rPr>
        <w:t>3.1. Правовым основанием обработки персональных данных являются:</w:t>
      </w:r>
    </w:p>
    <w:p w14:paraId="49A665A4" w14:textId="77777777" w:rsidR="00C57731" w:rsidRPr="000A4FE9" w:rsidRDefault="00000000">
      <w:pPr>
        <w:spacing w:after="120"/>
        <w:rPr>
          <w:lang w:val="ru-RU"/>
        </w:rPr>
      </w:pPr>
      <w:r w:rsidRPr="000A4FE9">
        <w:rPr>
          <w:lang w:val="ru-RU"/>
        </w:rPr>
        <w:t>- совокупность правовых актов, во исполнение которых и в соответствии с которыми оператор осуществляет обработку персональных данных: Конституция Российской Федерации; статьи 86-90 Трудового кодекса Российской Федерации, №51-ФЗ от 30.11.1994 г. "Гражданский кодекс Российской Федерации", Федеральный закон №146-ФЗ от 31.07.1998 г., "Налоговый кодекс Российской Федерации", Федеральный закон от 02.05.2005 №59-ФЗ "О порядке рассмотрения обращений граждан Российской Федерации", внутренние локальные акты оператора.</w:t>
      </w:r>
    </w:p>
    <w:p w14:paraId="0F961A4D" w14:textId="77777777" w:rsidR="00C57731" w:rsidRPr="000A4FE9" w:rsidRDefault="00000000">
      <w:pPr>
        <w:spacing w:after="120"/>
        <w:rPr>
          <w:lang w:val="ru-RU"/>
        </w:rPr>
      </w:pPr>
      <w:r w:rsidRPr="000A4FE9">
        <w:rPr>
          <w:lang w:val="ru-RU"/>
        </w:rPr>
        <w:t>уставные документы оператора;</w:t>
      </w:r>
      <w:r w:rsidRPr="000A4FE9">
        <w:rPr>
          <w:lang w:val="ru-RU"/>
        </w:rPr>
        <w:br/>
        <w:t>договоры, заключаемые между оператором и субъектом персональных данных;</w:t>
      </w:r>
      <w:r w:rsidRPr="000A4FE9">
        <w:rPr>
          <w:lang w:val="ru-RU"/>
        </w:rPr>
        <w:br/>
        <w:t>согласие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14:paraId="0C7BA7A9" w14:textId="77777777" w:rsidR="00C57731" w:rsidRPr="000A4FE9" w:rsidRDefault="00000000">
      <w:pPr>
        <w:spacing w:after="120"/>
        <w:rPr>
          <w:lang w:val="ru-RU"/>
        </w:rPr>
      </w:pPr>
      <w:r w:rsidRPr="000A4FE9">
        <w:rPr>
          <w:b/>
          <w:lang w:val="ru-RU"/>
        </w:rPr>
        <w:t>4. Объем и категории обрабатываемых персональных данных, категории субъектов персональных данных</w:t>
      </w:r>
    </w:p>
    <w:p w14:paraId="7EDBADE5" w14:textId="77777777" w:rsidR="00C57731" w:rsidRPr="000A4FE9" w:rsidRDefault="00000000">
      <w:pPr>
        <w:spacing w:after="120"/>
        <w:rPr>
          <w:lang w:val="ru-RU"/>
        </w:rPr>
      </w:pPr>
      <w:r w:rsidRPr="000A4FE9">
        <w:rPr>
          <w:lang w:val="ru-RU"/>
        </w:rPr>
        <w:t>4.1.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14:paraId="4CAB308A" w14:textId="77777777" w:rsidR="00C57731" w:rsidRPr="000A4FE9" w:rsidRDefault="00000000">
      <w:pPr>
        <w:spacing w:after="120"/>
        <w:rPr>
          <w:lang w:val="ru-RU"/>
        </w:rPr>
      </w:pPr>
      <w:r w:rsidRPr="000A4FE9">
        <w:rPr>
          <w:lang w:val="ru-RU"/>
        </w:rPr>
        <w:t>4.2. Обработка персональных данных допускается в следующих случаях:</w:t>
      </w:r>
    </w:p>
    <w:p w14:paraId="5E71EBD5" w14:textId="77777777" w:rsidR="00C57731" w:rsidRPr="000A4FE9" w:rsidRDefault="00000000">
      <w:pPr>
        <w:spacing w:after="120"/>
        <w:rPr>
          <w:lang w:val="ru-RU"/>
        </w:rPr>
      </w:pPr>
      <w:r w:rsidRPr="000A4FE9">
        <w:rPr>
          <w:lang w:val="ru-RU"/>
        </w:rPr>
        <w:t>обработка персональных данных осуществляется с согласия субъекта персональных данных на обработку его персональных данных;</w:t>
      </w:r>
      <w:r w:rsidRPr="000A4FE9">
        <w:rPr>
          <w:lang w:val="ru-RU"/>
        </w:rPr>
        <w:b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53713214" w14:textId="77777777" w:rsidR="00C57731" w:rsidRPr="000A4FE9" w:rsidRDefault="00000000">
      <w:pPr>
        <w:spacing w:after="120"/>
        <w:rPr>
          <w:lang w:val="ru-RU"/>
        </w:rPr>
      </w:pPr>
      <w:r w:rsidRPr="000A4FE9">
        <w:rPr>
          <w:lang w:val="ru-RU"/>
        </w:rPr>
        <w:t>4.3. К категориям субъектов персональных данных относятся:</w:t>
      </w:r>
    </w:p>
    <w:p w14:paraId="389B1217" w14:textId="77777777" w:rsidR="00C57731" w:rsidRPr="000A4FE9" w:rsidRDefault="00000000">
      <w:pPr>
        <w:spacing w:after="120"/>
        <w:rPr>
          <w:lang w:val="ru-RU"/>
        </w:rPr>
      </w:pPr>
      <w:r w:rsidRPr="000A4FE9">
        <w:rPr>
          <w:lang w:val="ru-RU"/>
        </w:rPr>
        <w:t>4.3.1. Работники оператора, уволенные работники, кандидаты на замещение вакантных должностей, а также родственники работников.</w:t>
      </w:r>
    </w:p>
    <w:p w14:paraId="3011DA9E" w14:textId="77777777" w:rsidR="00C57731" w:rsidRPr="000A4FE9" w:rsidRDefault="00000000">
      <w:pPr>
        <w:spacing w:after="120"/>
        <w:rPr>
          <w:lang w:val="ru-RU"/>
        </w:rPr>
      </w:pPr>
      <w:r w:rsidRPr="000A4FE9">
        <w:rPr>
          <w:lang w:val="ru-RU"/>
        </w:rPr>
        <w:t>В данной категории субъектов оператором обрабатываются персональные данные в связи с реализацией трудовых отношений:</w:t>
      </w:r>
    </w:p>
    <w:p w14:paraId="37FCA635" w14:textId="77777777" w:rsidR="00C57731" w:rsidRPr="000A4FE9" w:rsidRDefault="00000000">
      <w:pPr>
        <w:spacing w:after="120"/>
        <w:rPr>
          <w:lang w:val="ru-RU"/>
        </w:rPr>
      </w:pPr>
      <w:r w:rsidRPr="000A4FE9">
        <w:rPr>
          <w:lang w:val="ru-RU"/>
        </w:rPr>
        <w:lastRenderedPageBreak/>
        <w:t>фамилия, имя, отчество;</w:t>
      </w:r>
      <w:r w:rsidRPr="000A4FE9">
        <w:rPr>
          <w:lang w:val="ru-RU"/>
        </w:rPr>
        <w:br/>
        <w:t>пол;</w:t>
      </w:r>
      <w:r w:rsidRPr="000A4FE9">
        <w:rPr>
          <w:lang w:val="ru-RU"/>
        </w:rPr>
        <w:br/>
        <w:t>гражданство;</w:t>
      </w:r>
      <w:r w:rsidRPr="000A4FE9">
        <w:rPr>
          <w:lang w:val="ru-RU"/>
        </w:rPr>
        <w:br/>
        <w:t>национальность;</w:t>
      </w:r>
      <w:r w:rsidRPr="000A4FE9">
        <w:rPr>
          <w:lang w:val="ru-RU"/>
        </w:rPr>
        <w:br/>
        <w:t>дата (число, месяц, год) и место рождения (страна, республика, край, область, район, город, поселок, деревня, иной населенный пункт);</w:t>
      </w:r>
      <w:r w:rsidRPr="000A4FE9">
        <w:rPr>
          <w:lang w:val="ru-RU"/>
        </w:rPr>
        <w:br/>
        <w:t>адрес места проживания (почтовый индекс, страна, республика, край, область, район, город, поселок, деревня, иной населенный пункт, улица, дом, корпус, квартира);</w:t>
      </w:r>
      <w:r w:rsidRPr="000A4FE9">
        <w:rPr>
          <w:lang w:val="ru-RU"/>
        </w:rPr>
        <w:br/>
        <w:t>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r w:rsidRPr="000A4FE9">
        <w:rPr>
          <w:lang w:val="ru-RU"/>
        </w:rPr>
        <w:br/>
        <w:t>номера телефонов (домашний, мобильный, рабочий), адрес электронной почты;</w:t>
      </w:r>
      <w:r w:rsidRPr="000A4FE9">
        <w:rPr>
          <w:lang w:val="ru-RU"/>
        </w:rPr>
        <w:br/>
        <w:t>замещаемая должность;</w:t>
      </w:r>
      <w:r w:rsidRPr="000A4FE9">
        <w:rPr>
          <w:lang w:val="ru-RU"/>
        </w:rPr>
        <w:br/>
        <w:t>профессия;</w:t>
      </w:r>
      <w:r w:rsidRPr="000A4FE9">
        <w:rPr>
          <w:lang w:val="ru-RU"/>
        </w:rPr>
        <w:br/>
        <w:t>сведения о трудовой деятельности (наименования организаций (органов) и занимаемых должностей, продолжительность работы (службы) в этих организациях (органах));</w:t>
      </w:r>
      <w:r w:rsidRPr="000A4FE9">
        <w:rPr>
          <w:lang w:val="ru-RU"/>
        </w:rPr>
        <w:br/>
        <w:t>идентификационный номер налогоплательщика (дата (число, месяц, год) и место постановки на учет, дата (число, месяц, год) выдачи свидетельства);</w:t>
      </w:r>
      <w:r w:rsidRPr="000A4FE9">
        <w:rPr>
          <w:lang w:val="ru-RU"/>
        </w:rPr>
        <w:br/>
        <w:t>данные документа, подтверждающего регистрацию в системе индивидуального (персонифицированного) учета, в том числе в форме электронного документа;</w:t>
      </w:r>
      <w:r w:rsidRPr="000A4FE9">
        <w:rPr>
          <w:lang w:val="ru-RU"/>
        </w:rPr>
        <w:br/>
        <w:t>данные полиса обязательного медицинского страхования;</w:t>
      </w:r>
      <w:r w:rsidRPr="000A4FE9">
        <w:rPr>
          <w:lang w:val="ru-RU"/>
        </w:rPr>
        <w:br/>
        <w:t>данные паспорта или иного удостоверяющего личность документа;</w:t>
      </w:r>
      <w:r w:rsidRPr="000A4FE9">
        <w:rPr>
          <w:lang w:val="ru-RU"/>
        </w:rPr>
        <w:br/>
        <w:t>данные паспорта, удостоверяющего личность гражданина Российской Федерации за пределами территории Российской Федерации;</w:t>
      </w:r>
      <w:r w:rsidRPr="000A4FE9">
        <w:rPr>
          <w:lang w:val="ru-RU"/>
        </w:rPr>
        <w:br/>
        <w:t>данные трудовой книжки, вкладыша в трудовую книжку;</w:t>
      </w:r>
      <w:r w:rsidRPr="000A4FE9">
        <w:rPr>
          <w:lang w:val="ru-RU"/>
        </w:rPr>
        <w:br/>
        <w:t>сведения о воинском учете (серия, номер, дата (число, месяц, год) выдачи, наименование органа, выдавшего военный билет, военно-учетная специальность, воинское звание, данные о принятии/снятии на (с) учет(а), о прохождении военной службы, о пребывании в запасе, о медицинском освидетельствовании и прививках);</w:t>
      </w:r>
      <w:r w:rsidRPr="000A4FE9">
        <w:rPr>
          <w:lang w:val="ru-RU"/>
        </w:rPr>
        <w:br/>
        <w:t>сведения об образовании (наименование образовательной организации, дата (число, месяц, год) окончания, специальность и квалификация, ученая степень, звание, реквизиты документа об образовании и о квалификации);</w:t>
      </w:r>
      <w:r w:rsidRPr="000A4FE9">
        <w:rPr>
          <w:lang w:val="ru-RU"/>
        </w:rPr>
        <w:br/>
        <w:t>сведения о получении дополнительного профессионального образования (дата (число, месяц, год), место, программа, реквизиты документов, выданных по результатам);</w:t>
      </w:r>
      <w:r w:rsidRPr="000A4FE9">
        <w:rPr>
          <w:lang w:val="ru-RU"/>
        </w:rPr>
        <w:br/>
        <w:t>сведения о владении иностранными языками (иностранный язык, уровень владения);</w:t>
      </w:r>
      <w:r w:rsidRPr="000A4FE9">
        <w:rPr>
          <w:lang w:val="ru-RU"/>
        </w:rPr>
        <w:br/>
        <w:t>сведения о судимости (наличие (отсутствие) судимости, дата (число, месяц, год) привлечения к уголовной ответственности (снятия или погашения судимости), статья);</w:t>
      </w:r>
      <w:r w:rsidRPr="000A4FE9">
        <w:rPr>
          <w:lang w:val="ru-RU"/>
        </w:rPr>
        <w:br/>
        <w:t>сведения о дееспособности (реквизиты документа, устанавливающие опеку (попечительство), основания ограничения в дееспособности, реквизиты решения суда);</w:t>
      </w:r>
      <w:r w:rsidRPr="000A4FE9">
        <w:rPr>
          <w:lang w:val="ru-RU"/>
        </w:rPr>
        <w:br/>
        <w:t>сведения об участии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занятии предпринимательской деятельностью;</w:t>
      </w:r>
      <w:r w:rsidRPr="000A4FE9">
        <w:rPr>
          <w:lang w:val="ru-RU"/>
        </w:rPr>
        <w:br/>
        <w:t>сведения, содержащиеся в медицинском заключении установленной формы об отсутствии у гражданина заболевания, препятствующего поступлению на гражданскую службу или ее прохождению (наличие (отсутствие) заболевания, форма заболевания);</w:t>
      </w:r>
      <w:r w:rsidRPr="000A4FE9">
        <w:rPr>
          <w:lang w:val="ru-RU"/>
        </w:rPr>
        <w:br/>
        <w:t xml:space="preserve">сведения о наградах, иных поощрениях и знаках отличия (название награды, поощрения, знака отличия, </w:t>
      </w:r>
      <w:r w:rsidRPr="000A4FE9">
        <w:rPr>
          <w:lang w:val="ru-RU"/>
        </w:rPr>
        <w:lastRenderedPageBreak/>
        <w:t>дата (число, месяц, год) присвоения, реквизиты документа о награждении или поощрении);</w:t>
      </w:r>
      <w:r w:rsidRPr="000A4FE9">
        <w:rPr>
          <w:lang w:val="ru-RU"/>
        </w:rPr>
        <w:br/>
        <w:t>сведения о дисциплинарных взысканиях;</w:t>
      </w:r>
      <w:r w:rsidRPr="000A4FE9">
        <w:rPr>
          <w:lang w:val="ru-RU"/>
        </w:rPr>
        <w:br/>
        <w:t>сведения, содержащиеся в материалах служебных проверок;</w:t>
      </w:r>
      <w:r w:rsidRPr="000A4FE9">
        <w:rPr>
          <w:lang w:val="ru-RU"/>
        </w:rPr>
        <w:br/>
        <w:t>сведения о семейном положении (состояние в браке (холост (не замужем), женат (замужем), повторно женат (замужем), разведен(а), вдовец (вдова), с какого времени в браке, с какого времени в разводе, количество браков, состав семьи, реквизиты свидетельства о заключении брака);</w:t>
      </w:r>
      <w:r w:rsidRPr="000A4FE9">
        <w:rPr>
          <w:lang w:val="ru-RU"/>
        </w:rPr>
        <w:br/>
        <w:t>сведения о близких родственниках, свойственниках (степень родства, фамилия, имя, отчество, дата (число, месяц, год) и место рождения, место и адрес работы (службы), адрес места жительства, сведения о регистрации по месту жительства или пребывания, свидетельство о рождении);</w:t>
      </w:r>
      <w:r w:rsidRPr="000A4FE9">
        <w:rPr>
          <w:lang w:val="ru-RU"/>
        </w:rPr>
        <w:br/>
        <w:t>сведения, содержащиеся в справках о доходах, расходах, об имуществе и обязательствах имущественного характера;</w:t>
      </w:r>
      <w:r w:rsidRPr="000A4FE9">
        <w:rPr>
          <w:lang w:val="ru-RU"/>
        </w:rPr>
        <w:br/>
        <w:t>номер расчетного, лицевого счета;</w:t>
      </w:r>
      <w:r w:rsidRPr="000A4FE9">
        <w:rPr>
          <w:lang w:val="ru-RU"/>
        </w:rPr>
        <w:br/>
        <w:t>данные водительского удостоверения.</w:t>
      </w:r>
    </w:p>
    <w:p w14:paraId="72810BAE" w14:textId="77777777" w:rsidR="00C57731" w:rsidRPr="000A4FE9" w:rsidRDefault="00000000">
      <w:pPr>
        <w:spacing w:after="120"/>
        <w:rPr>
          <w:lang w:val="ru-RU"/>
        </w:rPr>
      </w:pPr>
      <w:r w:rsidRPr="000A4FE9">
        <w:rPr>
          <w:lang w:val="ru-RU"/>
        </w:rPr>
        <w:t>4.3.2. Клиенты и контрагенты оператора (физические лица).</w:t>
      </w:r>
    </w:p>
    <w:p w14:paraId="5BA9F68A" w14:textId="77777777" w:rsidR="00C57731" w:rsidRPr="000A4FE9" w:rsidRDefault="00000000">
      <w:pPr>
        <w:spacing w:after="120"/>
        <w:rPr>
          <w:lang w:val="ru-RU"/>
        </w:rPr>
      </w:pPr>
      <w:r w:rsidRPr="000A4FE9">
        <w:rPr>
          <w:lang w:val="ru-RU"/>
        </w:rPr>
        <w:t>В данной категории субъектов оператором обрабатываются персональные данные, полученные оператором в связи с заключением договора, стороной которого является субъект персональных данных, и используемые оператором исключительно для исполнения указанного договора и заключения договоров с субъектом персональных данных:</w:t>
      </w:r>
    </w:p>
    <w:p w14:paraId="2263EE5E" w14:textId="77777777" w:rsidR="00C57731" w:rsidRPr="000A4FE9" w:rsidRDefault="00000000">
      <w:pPr>
        <w:spacing w:after="120"/>
        <w:rPr>
          <w:lang w:val="ru-RU"/>
        </w:rPr>
      </w:pPr>
      <w:r w:rsidRPr="000A4FE9">
        <w:rPr>
          <w:lang w:val="ru-RU"/>
        </w:rPr>
        <w:t>фамилия, имя, отчество;</w:t>
      </w:r>
      <w:r w:rsidRPr="000A4FE9">
        <w:rPr>
          <w:lang w:val="ru-RU"/>
        </w:rPr>
        <w:br/>
        <w:t>пол;</w:t>
      </w:r>
      <w:r w:rsidRPr="000A4FE9">
        <w:rPr>
          <w:lang w:val="ru-RU"/>
        </w:rPr>
        <w:br/>
        <w:t>гражданство;</w:t>
      </w:r>
      <w:r w:rsidRPr="000A4FE9">
        <w:rPr>
          <w:lang w:val="ru-RU"/>
        </w:rPr>
        <w:br/>
        <w:t>дата (число, месяц, год) и место рождения (страна, республика, край, область, район, город, поселок, деревня, иной населенный пункт);</w:t>
      </w:r>
      <w:r w:rsidRPr="000A4FE9">
        <w:rPr>
          <w:lang w:val="ru-RU"/>
        </w:rPr>
        <w:br/>
        <w:t>адрес места проживания (почтовый индекс, страна, республика, край, область, район, город, поселок, деревня, иной населенный пункт, улица, дом, корпус, квартира);</w:t>
      </w:r>
      <w:r w:rsidRPr="000A4FE9">
        <w:rPr>
          <w:lang w:val="ru-RU"/>
        </w:rPr>
        <w:br/>
        <w:t>сведения о регистрации по месту жительства или пребывания (почтовый индекс, страна, республика, край, область, район, город, поселок, деревня, иной населенный пункт, улица, дом, корпус, квартира);</w:t>
      </w:r>
      <w:r w:rsidRPr="000A4FE9">
        <w:rPr>
          <w:lang w:val="ru-RU"/>
        </w:rPr>
        <w:br/>
        <w:t>номера телефонов (домашний, мобильный, рабочий), адрес электронной почты;</w:t>
      </w:r>
      <w:r w:rsidRPr="000A4FE9">
        <w:rPr>
          <w:lang w:val="ru-RU"/>
        </w:rPr>
        <w:br/>
        <w:t>замещаемая должность;</w:t>
      </w:r>
      <w:r w:rsidRPr="000A4FE9">
        <w:rPr>
          <w:lang w:val="ru-RU"/>
        </w:rPr>
        <w:br/>
        <w:t>идентификационный номер налогоплательщика (дата (число, месяц, год) и место постановки на учет, дата (число, месяц, год) выдачи свидетельства);</w:t>
      </w:r>
      <w:r w:rsidRPr="000A4FE9">
        <w:rPr>
          <w:lang w:val="ru-RU"/>
        </w:rPr>
        <w:br/>
        <w:t>данные паспорта или иного удостоверяющего личность документа;</w:t>
      </w:r>
      <w:r w:rsidRPr="000A4FE9">
        <w:rPr>
          <w:lang w:val="ru-RU"/>
        </w:rPr>
        <w:br/>
        <w:t>сведения об участии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занятии предпринимательской деятельностью;</w:t>
      </w:r>
      <w:r w:rsidRPr="000A4FE9">
        <w:rPr>
          <w:lang w:val="ru-RU"/>
        </w:rPr>
        <w:br/>
        <w:t>номер расчетного счета,</w:t>
      </w:r>
      <w:r w:rsidRPr="000A4FE9">
        <w:rPr>
          <w:lang w:val="ru-RU"/>
        </w:rPr>
        <w:br/>
        <w:t>реквизиты банковской карты.</w:t>
      </w:r>
    </w:p>
    <w:p w14:paraId="6EBC44A4" w14:textId="77777777" w:rsidR="00C57731" w:rsidRPr="000A4FE9" w:rsidRDefault="00000000">
      <w:pPr>
        <w:spacing w:after="120"/>
        <w:rPr>
          <w:lang w:val="ru-RU"/>
        </w:rPr>
      </w:pPr>
      <w:r w:rsidRPr="000A4FE9">
        <w:rPr>
          <w:lang w:val="ru-RU"/>
        </w:rPr>
        <w:t>4.3.3. Представители/работники клиентов и контрагентов оператора (юридических лиц).</w:t>
      </w:r>
    </w:p>
    <w:p w14:paraId="47A24622" w14:textId="77777777" w:rsidR="00C57731" w:rsidRPr="000A4FE9" w:rsidRDefault="00000000">
      <w:pPr>
        <w:spacing w:after="120"/>
        <w:rPr>
          <w:lang w:val="ru-RU"/>
        </w:rPr>
      </w:pPr>
      <w:r w:rsidRPr="000A4FE9">
        <w:rPr>
          <w:lang w:val="ru-RU"/>
        </w:rPr>
        <w:t>В данной категории субъектов оператором обрабатываются персональные данные, полученные оператором в связи с заключением договора, стороной которого является клиент/контрагент (юридическое лицо), и используемые оператором исключительно для исполнения указанного договора:</w:t>
      </w:r>
    </w:p>
    <w:p w14:paraId="37695840" w14:textId="77777777" w:rsidR="00C57731" w:rsidRPr="000A4FE9" w:rsidRDefault="00000000">
      <w:pPr>
        <w:spacing w:after="120"/>
        <w:rPr>
          <w:lang w:val="ru-RU"/>
        </w:rPr>
      </w:pPr>
      <w:r w:rsidRPr="000A4FE9">
        <w:rPr>
          <w:lang w:val="ru-RU"/>
        </w:rPr>
        <w:t>фамилия, имя, отчество;</w:t>
      </w:r>
      <w:r w:rsidRPr="000A4FE9">
        <w:rPr>
          <w:lang w:val="ru-RU"/>
        </w:rPr>
        <w:br/>
        <w:t>номера телефонов (домашний, мобильный, рабочий), адрес электронной почты;</w:t>
      </w:r>
      <w:r w:rsidRPr="000A4FE9">
        <w:rPr>
          <w:lang w:val="ru-RU"/>
        </w:rPr>
        <w:br/>
      </w:r>
      <w:r w:rsidRPr="000A4FE9">
        <w:rPr>
          <w:lang w:val="ru-RU"/>
        </w:rPr>
        <w:lastRenderedPageBreak/>
        <w:t>замещаемая должность;</w:t>
      </w:r>
      <w:r w:rsidRPr="000A4FE9">
        <w:rPr>
          <w:lang w:val="ru-RU"/>
        </w:rPr>
        <w:br/>
        <w:t>данные паспорта или иного удостоверяющего личность документа;</w:t>
      </w:r>
      <w:r w:rsidRPr="000A4FE9">
        <w:rPr>
          <w:lang w:val="ru-RU"/>
        </w:rPr>
        <w:br/>
        <w:t>сведения об участии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занятии предпринимательской деятельностью;</w:t>
      </w:r>
      <w:r w:rsidRPr="000A4FE9">
        <w:rPr>
          <w:lang w:val="ru-RU"/>
        </w:rPr>
        <w:br/>
        <w:t>файлы</w:t>
      </w:r>
    </w:p>
    <w:p w14:paraId="5F6B572E" w14:textId="77777777" w:rsidR="00C57731" w:rsidRPr="000A4FE9" w:rsidRDefault="00000000">
      <w:pPr>
        <w:spacing w:after="120"/>
        <w:rPr>
          <w:lang w:val="ru-RU"/>
        </w:rPr>
      </w:pPr>
      <w:r w:rsidRPr="000A4FE9">
        <w:rPr>
          <w:lang w:val="ru-RU"/>
        </w:rPr>
        <w:t>4.3.4. Пользователи сайта.</w:t>
      </w:r>
    </w:p>
    <w:p w14:paraId="33FC67F0" w14:textId="77777777" w:rsidR="00C57731" w:rsidRPr="000A4FE9" w:rsidRDefault="00000000">
      <w:pPr>
        <w:spacing w:after="120"/>
        <w:rPr>
          <w:lang w:val="ru-RU"/>
        </w:rPr>
      </w:pPr>
      <w:r w:rsidRPr="000A4FE9">
        <w:rPr>
          <w:lang w:val="ru-RU"/>
        </w:rPr>
        <w:t>В данной категории субъектов оператором обрабатываются персональные данные, полученные оператором в связи с посещением сайта оператора, является клиент/контрагент (юридическое лицо, индивидуальный предприниматель, физическое лицо), и используемые оператором исключительно для оказания услуг:</w:t>
      </w:r>
    </w:p>
    <w:p w14:paraId="752C2F10" w14:textId="77777777" w:rsidR="00C57731" w:rsidRPr="000A4FE9" w:rsidRDefault="00000000">
      <w:pPr>
        <w:spacing w:after="120"/>
        <w:rPr>
          <w:lang w:val="ru-RU"/>
        </w:rPr>
      </w:pPr>
      <w:r w:rsidRPr="000A4FE9">
        <w:rPr>
          <w:lang w:val="ru-RU"/>
        </w:rPr>
        <w:t>фамилия, имя, отчество;</w:t>
      </w:r>
      <w:r w:rsidRPr="000A4FE9">
        <w:rPr>
          <w:lang w:val="ru-RU"/>
        </w:rPr>
        <w:br/>
        <w:t>номера телефонов (домашний, мобильный, рабочий), адрес электронной почты;</w:t>
      </w:r>
      <w:r w:rsidRPr="000A4FE9">
        <w:rPr>
          <w:lang w:val="ru-RU"/>
        </w:rPr>
        <w:br/>
        <w:t>файлы С</w:t>
      </w:r>
      <w:proofErr w:type="spellStart"/>
      <w:r>
        <w:t>ookies</w:t>
      </w:r>
      <w:proofErr w:type="spellEnd"/>
      <w:r w:rsidRPr="000A4FE9">
        <w:rPr>
          <w:lang w:val="ru-RU"/>
        </w:rPr>
        <w:t>, полученные с помощью сервиса «Яндекс Метрика» (сведения о местоположении пользователя, сведения о действиях пользователя на Сайте, сведения об оборудовании пользователя, дата и время сессии, история запросов и просмотров на Сайте и его сервисах).</w:t>
      </w:r>
    </w:p>
    <w:p w14:paraId="3B166097" w14:textId="77777777" w:rsidR="00C57731" w:rsidRPr="000A4FE9" w:rsidRDefault="00000000">
      <w:pPr>
        <w:spacing w:after="120"/>
        <w:rPr>
          <w:lang w:val="ru-RU"/>
        </w:rPr>
      </w:pPr>
      <w:r w:rsidRPr="000A4FE9">
        <w:rPr>
          <w:lang w:val="ru-RU"/>
        </w:rPr>
        <w:t>4.4.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допускается:</w:t>
      </w:r>
    </w:p>
    <w:p w14:paraId="64844A5C" w14:textId="77777777" w:rsidR="00C57731" w:rsidRPr="000A4FE9" w:rsidRDefault="00000000">
      <w:pPr>
        <w:spacing w:after="120"/>
        <w:rPr>
          <w:lang w:val="ru-RU"/>
        </w:rPr>
      </w:pPr>
      <w:r w:rsidRPr="000A4FE9">
        <w:rPr>
          <w:lang w:val="ru-RU"/>
        </w:rPr>
        <w:t>в случае, если субъект персональных данных дал согласие в письменной форме на обработку своих персональных данных;</w:t>
      </w:r>
      <w:r w:rsidRPr="000A4FE9">
        <w:rPr>
          <w:lang w:val="ru-RU"/>
        </w:rPr>
        <w:br/>
        <w:t>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14:paraId="42258C87" w14:textId="77777777" w:rsidR="00C57731" w:rsidRPr="000A4FE9" w:rsidRDefault="00000000">
      <w:pPr>
        <w:spacing w:after="120"/>
        <w:rPr>
          <w:lang w:val="ru-RU"/>
        </w:rPr>
      </w:pPr>
      <w:r w:rsidRPr="000A4FE9">
        <w:rPr>
          <w:b/>
          <w:lang w:val="ru-RU"/>
        </w:rPr>
        <w:t>5. Порядок сбора, хранения, передачи и других видов обработки персональных данных</w:t>
      </w:r>
    </w:p>
    <w:p w14:paraId="358D0078" w14:textId="77777777" w:rsidR="00C57731" w:rsidRPr="000A4FE9" w:rsidRDefault="00000000">
      <w:pPr>
        <w:spacing w:after="120"/>
        <w:rPr>
          <w:lang w:val="ru-RU"/>
        </w:rPr>
      </w:pPr>
      <w:r w:rsidRPr="000A4FE9">
        <w:rPr>
          <w:lang w:val="ru-RU"/>
        </w:rPr>
        <w:t>5.1. Оператор осуществляет обработку персональных данных - операции, совершаемые с использованием средств автоматизации или без использования таких средств с персональными данными либо смешанным способом,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распространение.</w:t>
      </w:r>
    </w:p>
    <w:p w14:paraId="7D57C4DF" w14:textId="77777777" w:rsidR="00C57731" w:rsidRPr="000A4FE9" w:rsidRDefault="00000000">
      <w:pPr>
        <w:spacing w:after="120"/>
        <w:rPr>
          <w:lang w:val="ru-RU"/>
        </w:rPr>
      </w:pPr>
      <w:r w:rsidRPr="000A4FE9">
        <w:rPr>
          <w:lang w:val="ru-RU"/>
        </w:rPr>
        <w:t>5.2. Обработка персональных данных осуществляется с соблюдением принципов и правил, предусмотренных Федеральным законом "О персональных данных".</w:t>
      </w:r>
    </w:p>
    <w:p w14:paraId="2B289194" w14:textId="77777777" w:rsidR="00C57731" w:rsidRPr="000A4FE9" w:rsidRDefault="00000000">
      <w:pPr>
        <w:spacing w:after="120"/>
        <w:rPr>
          <w:lang w:val="ru-RU"/>
        </w:rPr>
      </w:pPr>
      <w:r w:rsidRPr="000A4FE9">
        <w:rPr>
          <w:lang w:val="ru-RU"/>
        </w:rPr>
        <w:t>5.3. Обработка персональных данных оператором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 Содержание и объем обрабатываемых персональных данных должны соответствовать заявленным целям обработки.</w:t>
      </w:r>
    </w:p>
    <w:p w14:paraId="4E65AA44" w14:textId="77777777" w:rsidR="00C57731" w:rsidRPr="000A4FE9" w:rsidRDefault="00000000">
      <w:pPr>
        <w:spacing w:after="120"/>
        <w:rPr>
          <w:lang w:val="ru-RU"/>
        </w:rPr>
      </w:pPr>
      <w:r w:rsidRPr="000A4FE9">
        <w:rPr>
          <w:lang w:val="ru-RU"/>
        </w:rPr>
        <w:t xml:space="preserve">5.4.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w:t>
      </w:r>
      <w:r w:rsidRPr="000A4FE9">
        <w:rPr>
          <w:lang w:val="ru-RU"/>
        </w:rPr>
        <w:lastRenderedPageBreak/>
        <w:t>целей обработки или в случае утраты необходимости в достижении этих целей, если иное не предусмотрено федеральным законом.</w:t>
      </w:r>
    </w:p>
    <w:p w14:paraId="2D41C1D4" w14:textId="6BC1EE03" w:rsidR="00C57731" w:rsidRPr="000A4FE9" w:rsidRDefault="00000000">
      <w:pPr>
        <w:spacing w:after="120"/>
        <w:rPr>
          <w:lang w:val="ru-RU"/>
        </w:rPr>
      </w:pPr>
      <w:r w:rsidRPr="000A4FE9">
        <w:rPr>
          <w:lang w:val="ru-RU"/>
        </w:rPr>
        <w:t>5.5. При осуществлении хранения персональных данных оператор персональных данных использует базы данных, находящиеся на территории Российской Федерации, в соответствии с ч. 5 ст. 18 Федерального закона "О персональных данных".</w:t>
      </w:r>
    </w:p>
    <w:p w14:paraId="4EB5B4A9" w14:textId="77777777" w:rsidR="00C57731" w:rsidRPr="000A4FE9" w:rsidRDefault="00000000">
      <w:pPr>
        <w:spacing w:after="120"/>
        <w:rPr>
          <w:lang w:val="ru-RU"/>
        </w:rPr>
      </w:pPr>
      <w:r w:rsidRPr="000A4FE9">
        <w:rPr>
          <w:lang w:val="ru-RU"/>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 материальные носители), в специальных разделах или на полях форм (бланков). 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14:paraId="2BE09EA6" w14:textId="77777777" w:rsidR="00C57731" w:rsidRPr="000A4FE9" w:rsidRDefault="00000000">
      <w:pPr>
        <w:spacing w:after="120"/>
        <w:rPr>
          <w:lang w:val="ru-RU"/>
        </w:rPr>
      </w:pPr>
      <w:r w:rsidRPr="000A4FE9">
        <w:rPr>
          <w:lang w:val="ru-RU"/>
        </w:rPr>
        <w:t>5.6. Условием прекращения обработки персональных данных может являться достижение целей обработки персональных данных, истечение срока действия согласия или отзыв согласия субъекта персональных данных на обработку его персональных данных, а также выявление неправомерной обработки персональных данных.</w:t>
      </w:r>
    </w:p>
    <w:p w14:paraId="63330551" w14:textId="77777777" w:rsidR="00C57731" w:rsidRPr="000A4FE9" w:rsidRDefault="00000000">
      <w:pPr>
        <w:spacing w:after="120"/>
        <w:rPr>
          <w:lang w:val="ru-RU"/>
        </w:rPr>
      </w:pPr>
      <w:r w:rsidRPr="000A4FE9">
        <w:rPr>
          <w:lang w:val="ru-RU"/>
        </w:rPr>
        <w:t>5.7. Оператор вправе поручить обработку персональных данных другому лицу на основании заключаемого с этим лицом договора, в том числе государственного или муниципального контракта.</w:t>
      </w:r>
    </w:p>
    <w:p w14:paraId="375FEB6A" w14:textId="77777777" w:rsidR="00C57731" w:rsidRPr="000A4FE9" w:rsidRDefault="00000000">
      <w:pPr>
        <w:spacing w:after="120"/>
        <w:rPr>
          <w:lang w:val="ru-RU"/>
        </w:rPr>
      </w:pPr>
      <w:r w:rsidRPr="000A4FE9">
        <w:rPr>
          <w:lang w:val="ru-RU"/>
        </w:rP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75D70610" w14:textId="77777777" w:rsidR="00C57731" w:rsidRPr="000A4FE9" w:rsidRDefault="00000000">
      <w:pPr>
        <w:spacing w:after="120"/>
        <w:rPr>
          <w:lang w:val="ru-RU"/>
        </w:rPr>
      </w:pPr>
      <w:r w:rsidRPr="000A4FE9">
        <w:rPr>
          <w:lang w:val="ru-RU"/>
        </w:rPr>
        <w:t>Оператор не осуществляет трансграничную передачу персональных данных.</w:t>
      </w:r>
    </w:p>
    <w:p w14:paraId="55109BBB" w14:textId="77777777" w:rsidR="00C57731" w:rsidRPr="000A4FE9" w:rsidRDefault="00000000">
      <w:pPr>
        <w:spacing w:after="120"/>
        <w:rPr>
          <w:lang w:val="ru-RU"/>
        </w:rPr>
      </w:pPr>
      <w:r w:rsidRPr="000A4FE9">
        <w:rPr>
          <w:lang w:val="ru-RU"/>
        </w:rPr>
        <w:t>5.8. 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93341F3" w14:textId="77777777" w:rsidR="00C57731" w:rsidRPr="000A4FE9" w:rsidRDefault="00000000">
      <w:pPr>
        <w:spacing w:after="120"/>
        <w:rPr>
          <w:lang w:val="ru-RU"/>
        </w:rPr>
      </w:pPr>
      <w:r w:rsidRPr="000A4FE9">
        <w:rPr>
          <w:lang w:val="ru-RU"/>
        </w:rPr>
        <w:t>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3E76127F" w14:textId="77777777" w:rsidR="00C57731" w:rsidRPr="000A4FE9" w:rsidRDefault="00000000">
      <w:pPr>
        <w:spacing w:after="120"/>
        <w:rPr>
          <w:lang w:val="ru-RU"/>
        </w:rPr>
      </w:pPr>
      <w:r w:rsidRPr="000A4FE9">
        <w:rPr>
          <w:lang w:val="ru-RU"/>
        </w:rPr>
        <w:t>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14:paraId="52B0587E" w14:textId="77777777" w:rsidR="00C57731" w:rsidRPr="000A4FE9" w:rsidRDefault="00000000">
      <w:pPr>
        <w:spacing w:after="120"/>
        <w:rPr>
          <w:lang w:val="ru-RU"/>
        </w:rPr>
      </w:pPr>
      <w:r w:rsidRPr="000A4FE9">
        <w:rPr>
          <w:lang w:val="ru-RU"/>
        </w:rPr>
        <w:t xml:space="preserve">5.9. Оператор обязан принимать меры, необходимые и достаточные для обеспечения выполнения обязанностей, предусмотренных Федеральным законом "О персональных данных" и принятыми в </w:t>
      </w:r>
      <w:r w:rsidRPr="000A4FE9">
        <w:rPr>
          <w:lang w:val="ru-RU"/>
        </w:rPr>
        <w:lastRenderedPageBreak/>
        <w:t>соответствии с ним нормативными правовыми актами. Состав и перечень мер оператор определяет самостоятельно.</w:t>
      </w:r>
    </w:p>
    <w:p w14:paraId="523FC91E" w14:textId="77777777" w:rsidR="00C57731" w:rsidRPr="000A4FE9" w:rsidRDefault="00000000">
      <w:pPr>
        <w:spacing w:after="120"/>
        <w:rPr>
          <w:lang w:val="ru-RU"/>
        </w:rPr>
      </w:pPr>
      <w:r w:rsidRPr="000A4FE9">
        <w:rPr>
          <w:lang w:val="ru-RU"/>
        </w:rPr>
        <w:t>5.10.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74135A96" w14:textId="77777777" w:rsidR="00C57731" w:rsidRPr="000A4FE9" w:rsidRDefault="00000000">
      <w:pPr>
        <w:spacing w:after="120"/>
        <w:rPr>
          <w:lang w:val="ru-RU"/>
        </w:rPr>
      </w:pPr>
      <w:r w:rsidRPr="000A4FE9">
        <w:rPr>
          <w:lang w:val="ru-RU"/>
        </w:rPr>
        <w:t xml:space="preserve">5.11. Обработка персональных данных при помощи файлов </w:t>
      </w:r>
      <w:r>
        <w:t>cookie</w:t>
      </w:r>
      <w:r w:rsidRPr="000A4FE9">
        <w:rPr>
          <w:lang w:val="ru-RU"/>
        </w:rPr>
        <w:t xml:space="preserve"> с использованием сервиса «Яндекс Метрика».</w:t>
      </w:r>
    </w:p>
    <w:p w14:paraId="258732C4" w14:textId="77777777" w:rsidR="00C57731" w:rsidRPr="000A4FE9" w:rsidRDefault="00000000">
      <w:pPr>
        <w:spacing w:after="120"/>
        <w:rPr>
          <w:lang w:val="ru-RU"/>
        </w:rPr>
      </w:pPr>
      <w:r w:rsidRPr="000A4FE9">
        <w:rPr>
          <w:lang w:val="ru-RU"/>
        </w:rPr>
        <w:t xml:space="preserve">5.11.1. Файлы </w:t>
      </w:r>
      <w:r>
        <w:t>cookie</w:t>
      </w:r>
      <w:r w:rsidRPr="000A4FE9">
        <w:rPr>
          <w:lang w:val="ru-RU"/>
        </w:rPr>
        <w:t>, передаваемые оборудованию Пользователя и оборудованием Пользователя, могут использоваться оператором для получения сведений о местоположении пользователя, сведения о действиях пользователя на Сайте, сведения об оборудовании пользователя, дата и время сессии, история запросов и просмотров на Сайте и его сервисах.</w:t>
      </w:r>
    </w:p>
    <w:p w14:paraId="4EB34FDC" w14:textId="77777777" w:rsidR="00C57731" w:rsidRPr="000A4FE9" w:rsidRDefault="00000000">
      <w:pPr>
        <w:spacing w:after="120"/>
        <w:rPr>
          <w:lang w:val="ru-RU"/>
        </w:rPr>
      </w:pPr>
      <w:r w:rsidRPr="000A4FE9">
        <w:rPr>
          <w:lang w:val="ru-RU"/>
        </w:rPr>
        <w:t xml:space="preserve">5.11.2. Пользователь осознает, что оборудование и программное обеспечение, используемые им для посещения веб-сайта в сети Интернет могут обладать функцией запрещения операций с файлами </w:t>
      </w:r>
      <w:r>
        <w:t>cookie</w:t>
      </w:r>
      <w:r w:rsidRPr="000A4FE9">
        <w:rPr>
          <w:lang w:val="ru-RU"/>
        </w:rPr>
        <w:t xml:space="preserve"> (для любых сайтов или для определенных сайтов), а также удаления ранее полученных файлов </w:t>
      </w:r>
      <w:r>
        <w:t>cookie</w:t>
      </w:r>
      <w:r w:rsidRPr="000A4FE9">
        <w:rPr>
          <w:lang w:val="ru-RU"/>
        </w:rPr>
        <w:t>.</w:t>
      </w:r>
    </w:p>
    <w:p w14:paraId="500B8FC6" w14:textId="77777777" w:rsidR="00C57731" w:rsidRPr="000A4FE9" w:rsidRDefault="00000000">
      <w:pPr>
        <w:spacing w:after="120"/>
        <w:rPr>
          <w:lang w:val="ru-RU"/>
        </w:rPr>
      </w:pPr>
      <w:r w:rsidRPr="000A4FE9">
        <w:rPr>
          <w:lang w:val="ru-RU"/>
        </w:rPr>
        <w:t xml:space="preserve">5.11.3. Оператор обрабатывает Файлы </w:t>
      </w:r>
      <w:r>
        <w:t>cookie</w:t>
      </w:r>
      <w:r w:rsidRPr="000A4FE9">
        <w:rPr>
          <w:lang w:val="ru-RU"/>
        </w:rPr>
        <w:t xml:space="preserve"> Пользователя в случае, если это разрешено в настройках браузера Пользователя.</w:t>
      </w:r>
    </w:p>
    <w:p w14:paraId="66978B80" w14:textId="77777777" w:rsidR="00C57731" w:rsidRPr="000A4FE9" w:rsidRDefault="00000000">
      <w:pPr>
        <w:spacing w:after="120"/>
        <w:rPr>
          <w:lang w:val="ru-RU"/>
        </w:rPr>
      </w:pPr>
      <w:r w:rsidRPr="000A4FE9">
        <w:rPr>
          <w:b/>
          <w:lang w:val="ru-RU"/>
        </w:rPr>
        <w:t>6. Актуализация, исправление, удаление и уничтожение персональных данных, ответы на запросы субъектов на доступ к персональным данным</w:t>
      </w:r>
    </w:p>
    <w:p w14:paraId="5ECF8EE8" w14:textId="77777777" w:rsidR="00C57731" w:rsidRPr="000A4FE9" w:rsidRDefault="00000000">
      <w:pPr>
        <w:spacing w:after="120"/>
        <w:rPr>
          <w:lang w:val="ru-RU"/>
        </w:rPr>
      </w:pPr>
      <w:r w:rsidRPr="000A4FE9">
        <w:rPr>
          <w:lang w:val="ru-RU"/>
        </w:rPr>
        <w:t>6.1. Оператор обязан сообщить в порядке, предусмотренном статьей 14 Федерального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10 рабочих дней с даты получения запроса субъекта персональных данных или его представителя.</w:t>
      </w:r>
    </w:p>
    <w:p w14:paraId="5BAA3937" w14:textId="77777777" w:rsidR="00C57731" w:rsidRPr="000A4FE9" w:rsidRDefault="00000000">
      <w:pPr>
        <w:spacing w:after="120"/>
        <w:rPr>
          <w:lang w:val="ru-RU"/>
        </w:rPr>
      </w:pPr>
      <w:r w:rsidRPr="000A4FE9">
        <w:rPr>
          <w:lang w:val="ru-RU"/>
        </w:rPr>
        <w:t>6.2.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2C61D224" w14:textId="77777777" w:rsidR="00C57731" w:rsidRPr="000A4FE9" w:rsidRDefault="00000000">
      <w:pPr>
        <w:spacing w:after="120"/>
        <w:rPr>
          <w:lang w:val="ru-RU"/>
        </w:rPr>
      </w:pPr>
      <w:r w:rsidRPr="000A4FE9">
        <w:rPr>
          <w:lang w:val="ru-RU"/>
        </w:rPr>
        <w:t>6.3. В случае подтверждения факта неточности или изменения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3FC77CC7" w14:textId="77777777" w:rsidR="00C57731" w:rsidRPr="000A4FE9" w:rsidRDefault="00000000">
      <w:pPr>
        <w:spacing w:after="120"/>
        <w:rPr>
          <w:lang w:val="ru-RU"/>
        </w:rPr>
      </w:pPr>
      <w:r w:rsidRPr="000A4FE9">
        <w:rPr>
          <w:lang w:val="ru-RU"/>
        </w:rPr>
        <w:lastRenderedPageBreak/>
        <w:t xml:space="preserve">6.4. Обращения субъектов персональных данных могут поступать оператору при личном посещении самого субъекта иди его представителя или путем направления оператору обращения в письменной форме в адрес электронной почты </w:t>
      </w:r>
      <w:r>
        <w:t>my</w:t>
      </w:r>
      <w:r w:rsidRPr="000A4FE9">
        <w:rPr>
          <w:lang w:val="ru-RU"/>
        </w:rPr>
        <w:t>-</w:t>
      </w:r>
      <w:r>
        <w:t>best</w:t>
      </w:r>
      <w:r w:rsidRPr="000A4FE9">
        <w:rPr>
          <w:lang w:val="ru-RU"/>
        </w:rPr>
        <w:t>-</w:t>
      </w:r>
      <w:r>
        <w:t>room</w:t>
      </w:r>
      <w:r w:rsidRPr="000A4FE9">
        <w:rPr>
          <w:lang w:val="ru-RU"/>
        </w:rPr>
        <w:t>@</w:t>
      </w:r>
      <w:r>
        <w:t>mail</w:t>
      </w:r>
      <w:r w:rsidRPr="000A4FE9">
        <w:rPr>
          <w:lang w:val="ru-RU"/>
        </w:rPr>
        <w:t>.</w:t>
      </w:r>
      <w:proofErr w:type="spellStart"/>
      <w:r>
        <w:t>ru</w:t>
      </w:r>
      <w:proofErr w:type="spellEnd"/>
      <w:r w:rsidRPr="000A4FE9">
        <w:rPr>
          <w:lang w:val="ru-RU"/>
        </w:rPr>
        <w:t xml:space="preserve"> либо на юридический адрес оператора в Едином государственном реестре юридических лиц.</w:t>
      </w:r>
    </w:p>
    <w:p w14:paraId="630AC5FE" w14:textId="77777777" w:rsidR="00C57731" w:rsidRPr="000A4FE9" w:rsidRDefault="00000000">
      <w:pPr>
        <w:spacing w:after="120"/>
        <w:rPr>
          <w:lang w:val="ru-RU"/>
        </w:rPr>
      </w:pPr>
      <w:r w:rsidRPr="000A4FE9">
        <w:rPr>
          <w:lang w:val="ru-RU"/>
        </w:rPr>
        <w:t>6.5.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p w14:paraId="2F5A8A19" w14:textId="77777777" w:rsidR="00C57731" w:rsidRPr="000A4FE9" w:rsidRDefault="00000000">
      <w:pPr>
        <w:spacing w:after="120"/>
        <w:rPr>
          <w:lang w:val="ru-RU"/>
        </w:rPr>
      </w:pPr>
      <w:r w:rsidRPr="000A4FE9">
        <w:rPr>
          <w:lang w:val="ru-RU"/>
        </w:rPr>
        <w:t>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r w:rsidRPr="000A4FE9">
        <w:rPr>
          <w:lang w:val="ru-RU"/>
        </w:rPr>
        <w:br/>
        <w:t>в случае отзыва субъектом персональных данных согласия на обработку его персональных данных;</w:t>
      </w:r>
      <w:r w:rsidRPr="000A4FE9">
        <w:rPr>
          <w:lang w:val="ru-RU"/>
        </w:rPr>
        <w:br/>
        <w:t>в случае достижения цели обработки персональных данных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3F70BF58" w14:textId="77777777" w:rsidR="00C57731" w:rsidRPr="000A4FE9" w:rsidRDefault="00000000">
      <w:pPr>
        <w:spacing w:after="120"/>
        <w:rPr>
          <w:lang w:val="ru-RU"/>
        </w:rPr>
      </w:pPr>
      <w:r w:rsidRPr="000A4FE9">
        <w:rPr>
          <w:lang w:val="ru-RU"/>
        </w:rPr>
        <w:t>6.6. Документы, содержащие персональные данные, персональные данные, находящиеся в базах данных информационных систем, подлежат уничтожению в случаях, предусмотренных законодательством Российской Федерации.</w:t>
      </w:r>
    </w:p>
    <w:p w14:paraId="636959C6" w14:textId="77777777" w:rsidR="00C57731" w:rsidRPr="000A4FE9" w:rsidRDefault="00000000">
      <w:pPr>
        <w:spacing w:after="120"/>
        <w:rPr>
          <w:lang w:val="ru-RU"/>
        </w:rPr>
      </w:pPr>
      <w:r w:rsidRPr="000A4FE9">
        <w:rPr>
          <w:b/>
          <w:lang w:val="ru-RU"/>
        </w:rPr>
        <w:t>7. Согласие субъекта персональных данных на обработку своих персональных данных</w:t>
      </w:r>
    </w:p>
    <w:p w14:paraId="5BA5F3B8" w14:textId="77777777" w:rsidR="00C57731" w:rsidRPr="000A4FE9" w:rsidRDefault="00000000">
      <w:pPr>
        <w:spacing w:after="120"/>
        <w:rPr>
          <w:lang w:val="ru-RU"/>
        </w:rPr>
      </w:pPr>
      <w:r w:rsidRPr="000A4FE9">
        <w:rPr>
          <w:lang w:val="ru-RU"/>
        </w:rPr>
        <w:t>7.1. Формы согласия разрабатываются и утверждаются Оператором самостоятельно для каждой цели обработки персональных данных. Согласие на обработку персональных данных должно быть конкретным, предметным, информированным, сознательным и однозначным</w:t>
      </w:r>
    </w:p>
    <w:p w14:paraId="0883BE2D" w14:textId="77777777" w:rsidR="00C57731" w:rsidRPr="000A4FE9" w:rsidRDefault="00000000">
      <w:pPr>
        <w:spacing w:after="120"/>
        <w:rPr>
          <w:lang w:val="ru-RU"/>
        </w:rPr>
      </w:pPr>
      <w:r w:rsidRPr="000A4FE9">
        <w:rPr>
          <w:lang w:val="ru-RU"/>
        </w:rPr>
        <w:t>7.2. Субъект персональных данных принимает решение о предоставлении своих персональных данных Оператору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и может предоставляться субъектом в любой позволяющей подтвердить факт его получения форме, если иное не установлено законодательством.</w:t>
      </w:r>
    </w:p>
    <w:p w14:paraId="41238024" w14:textId="13943622" w:rsidR="00C57731" w:rsidRPr="000A4FE9" w:rsidRDefault="00000000">
      <w:pPr>
        <w:spacing w:after="120"/>
        <w:rPr>
          <w:lang w:val="ru-RU"/>
        </w:rPr>
      </w:pPr>
      <w:r w:rsidRPr="000A4FE9">
        <w:rPr>
          <w:lang w:val="ru-RU"/>
        </w:rPr>
        <w:t xml:space="preserve">7.3. Оператор обрабатывает персональные данные субъекта персональных данных только в случае их заполнения и (или) отправки субъектом персональных данных самостоятельно через формы на сайте </w:t>
      </w:r>
      <w:hyperlink r:id="rId8" w:history="1">
        <w:r w:rsidR="00490E36" w:rsidRPr="00FD4935">
          <w:rPr>
            <w:rStyle w:val="aff8"/>
          </w:rPr>
          <w:t>https</w:t>
        </w:r>
        <w:r w:rsidR="00490E36" w:rsidRPr="00490E36">
          <w:rPr>
            <w:rStyle w:val="aff8"/>
            <w:lang w:val="ru-RU"/>
          </w:rPr>
          <w:t>://</w:t>
        </w:r>
        <w:r w:rsidR="00490E36" w:rsidRPr="00FD4935">
          <w:rPr>
            <w:rStyle w:val="aff8"/>
          </w:rPr>
          <w:t>bestroomstore</w:t>
        </w:r>
        <w:r w:rsidR="00490E36" w:rsidRPr="00490E36">
          <w:rPr>
            <w:rStyle w:val="aff8"/>
            <w:lang w:val="ru-RU"/>
          </w:rPr>
          <w:t>.</w:t>
        </w:r>
        <w:r w:rsidR="00490E36" w:rsidRPr="00FD4935">
          <w:rPr>
            <w:rStyle w:val="aff8"/>
          </w:rPr>
          <w:t>com</w:t>
        </w:r>
        <w:r w:rsidR="00490E36" w:rsidRPr="00490E36">
          <w:rPr>
            <w:rStyle w:val="aff8"/>
            <w:lang w:val="ru-RU"/>
          </w:rPr>
          <w:t>/</w:t>
        </w:r>
      </w:hyperlink>
      <w:r w:rsidR="00490E36">
        <w:rPr>
          <w:lang w:val="ru-RU"/>
        </w:rPr>
        <w:t xml:space="preserve"> </w:t>
      </w:r>
      <w:r w:rsidRPr="000A4FE9">
        <w:rPr>
          <w:lang w:val="ru-RU"/>
        </w:rPr>
        <w:t xml:space="preserve">или направленные Оператору посредством электронной почты </w:t>
      </w:r>
      <w:r>
        <w:t>my</w:t>
      </w:r>
      <w:r w:rsidRPr="000A4FE9">
        <w:rPr>
          <w:lang w:val="ru-RU"/>
        </w:rPr>
        <w:t>-</w:t>
      </w:r>
      <w:r>
        <w:t>best</w:t>
      </w:r>
      <w:r w:rsidRPr="000A4FE9">
        <w:rPr>
          <w:lang w:val="ru-RU"/>
        </w:rPr>
        <w:t>-</w:t>
      </w:r>
      <w:r>
        <w:t>room</w:t>
      </w:r>
      <w:r w:rsidRPr="000A4FE9">
        <w:rPr>
          <w:lang w:val="ru-RU"/>
        </w:rPr>
        <w:t>@</w:t>
      </w:r>
      <w:r>
        <w:t>mail</w:t>
      </w:r>
      <w:r w:rsidRPr="000A4FE9">
        <w:rPr>
          <w:lang w:val="ru-RU"/>
        </w:rPr>
        <w:t>.</w:t>
      </w:r>
      <w:r>
        <w:t>ru</w:t>
      </w:r>
      <w:r w:rsidRPr="000A4FE9">
        <w:rPr>
          <w:lang w:val="ru-RU"/>
        </w:rPr>
        <w:t>. Заполняя соответствующие формы и (или) отправляя свои персональные данные Оператору, субъект персональных данных выражает согласие с настоящей Политикой.</w:t>
      </w:r>
    </w:p>
    <w:p w14:paraId="09F7BCF9" w14:textId="77777777" w:rsidR="00C57731" w:rsidRPr="000A4FE9" w:rsidRDefault="00000000">
      <w:pPr>
        <w:spacing w:after="120"/>
        <w:rPr>
          <w:lang w:val="ru-RU"/>
        </w:rPr>
      </w:pPr>
      <w:r w:rsidRPr="000A4FE9">
        <w:rPr>
          <w:lang w:val="ru-RU"/>
        </w:rPr>
        <w:t>7.4.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14:paraId="00195269" w14:textId="77777777" w:rsidR="00C57731" w:rsidRPr="000A4FE9" w:rsidRDefault="00000000">
      <w:pPr>
        <w:spacing w:after="120"/>
        <w:rPr>
          <w:lang w:val="ru-RU"/>
        </w:rPr>
      </w:pPr>
      <w:r w:rsidRPr="000A4FE9">
        <w:rPr>
          <w:lang w:val="ru-RU"/>
        </w:rPr>
        <w:t xml:space="preserve">7.5. Персональные данные лиц, подписавших договоры с Оператором, содержащиеся в единых государственных реестрах юридических лиц и индивидуальных предпринимателей, являются открытыми и общедоступными, за исключением сведений о номере, дате выдачи и органе, выдавшем документ, </w:t>
      </w:r>
      <w:r w:rsidRPr="000A4FE9">
        <w:rPr>
          <w:lang w:val="ru-RU"/>
        </w:rPr>
        <w:lastRenderedPageBreak/>
        <w:t>удостоверяющий личность физического лица. Охрана их конфиденциальности и согласие субъектов персональных данных на обработку таких данных не требуется.</w:t>
      </w:r>
    </w:p>
    <w:p w14:paraId="667B313A" w14:textId="77777777" w:rsidR="00C57731" w:rsidRPr="000A4FE9" w:rsidRDefault="00000000">
      <w:pPr>
        <w:spacing w:after="120"/>
        <w:rPr>
          <w:lang w:val="ru-RU"/>
        </w:rPr>
      </w:pPr>
      <w:r w:rsidRPr="000A4FE9">
        <w:rPr>
          <w:lang w:val="ru-RU"/>
        </w:rPr>
        <w:t>7.6. Согласие субъектов на предоставление их персональных данных не требуется при получении Оператором, в рамках установленных полномочий, мотивированных запросов от органов прокуратуры, правоохранительных органов, органов следствия и дознания, органов безопасности, от государственных инспекторов труда при осуществлении ими государственного надзора и контроля за соблюдением трудового законодательства, и иных органов, уполномоченных запрашивать информацию в соответствии с компетенцией, предусмотренной законодательством. Мотивированный запрос должен включать в себя указание цели запроса, ссылку на правовые основания запроса, в том числе подтверждающие полномочия органа, направившего запрос, а также перечень запрашиваемой информации.</w:t>
      </w:r>
    </w:p>
    <w:p w14:paraId="1F1C68EC" w14:textId="77777777" w:rsidR="00C57731" w:rsidRPr="000A4FE9" w:rsidRDefault="00000000">
      <w:pPr>
        <w:spacing w:after="120"/>
        <w:rPr>
          <w:lang w:val="ru-RU"/>
        </w:rPr>
      </w:pPr>
      <w:r w:rsidRPr="000A4FE9">
        <w:rPr>
          <w:lang w:val="ru-RU"/>
        </w:rPr>
        <w:t>7.7. Согласие на обработку персональных данных, обработка которых не установлена требованиями законодательства или не требуется для исполнения договора с Оператором, стороной которого является субъект персональных данных, может быть отозвано субъектом персональных данных. В этом случае Оператор уничтожает такие персональные данные, в отношении которых отзывается согласие на обработку, и обеспечивает их уничтожение контрагентами, которым были переданы такие данные, в течение 30 дней с момента получения отзыва согласия субъекта на обработку его персональных данных.</w:t>
      </w:r>
    </w:p>
    <w:p w14:paraId="1FF1E799" w14:textId="77777777" w:rsidR="00C57731" w:rsidRPr="000A4FE9" w:rsidRDefault="00000000">
      <w:pPr>
        <w:spacing w:after="120"/>
        <w:rPr>
          <w:lang w:val="ru-RU"/>
        </w:rPr>
      </w:pPr>
      <w:r w:rsidRPr="000A4FE9">
        <w:rPr>
          <w:lang w:val="ru-RU"/>
        </w:rPr>
        <w:t>7.8. Во всех случаях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Федеральном законе от 27.07.2006 № 152-ФЗ «О персональных данных», возлагается на Оператора.</w:t>
      </w:r>
    </w:p>
    <w:p w14:paraId="1E4EA576" w14:textId="77777777" w:rsidR="00C57731" w:rsidRPr="000A4FE9" w:rsidRDefault="00000000">
      <w:pPr>
        <w:spacing w:after="120"/>
        <w:rPr>
          <w:lang w:val="ru-RU"/>
        </w:rPr>
      </w:pPr>
      <w:r w:rsidRPr="000A4FE9">
        <w:rPr>
          <w:b/>
          <w:lang w:val="ru-RU"/>
        </w:rPr>
        <w:t>8. Сведения о реализуемых требованиях к защите персональных данных</w:t>
      </w:r>
    </w:p>
    <w:p w14:paraId="4A2E6147" w14:textId="77777777" w:rsidR="00C57731" w:rsidRPr="000A4FE9" w:rsidRDefault="00000000">
      <w:pPr>
        <w:spacing w:after="120"/>
        <w:rPr>
          <w:lang w:val="ru-RU"/>
        </w:rPr>
      </w:pPr>
      <w:r w:rsidRPr="000A4FE9">
        <w:rPr>
          <w:lang w:val="ru-RU"/>
        </w:rPr>
        <w:t xml:space="preserve">В соответствии с Федеральным законом от 27.07.2006 № 152-ФЗ «О персональных данных» (далее по тексту – Федеральный закон «О персональных данных») и другими нормативно-правовыми актами в ИП </w:t>
      </w:r>
      <w:proofErr w:type="spellStart"/>
      <w:r w:rsidRPr="000A4FE9">
        <w:rPr>
          <w:lang w:val="ru-RU"/>
        </w:rPr>
        <w:t>Кисаметдинов</w:t>
      </w:r>
      <w:proofErr w:type="spellEnd"/>
      <w:r w:rsidRPr="000A4FE9">
        <w:rPr>
          <w:lang w:val="ru-RU"/>
        </w:rPr>
        <w:t xml:space="preserve"> Руслан </w:t>
      </w:r>
      <w:proofErr w:type="spellStart"/>
      <w:r w:rsidRPr="000A4FE9">
        <w:rPr>
          <w:lang w:val="ru-RU"/>
        </w:rPr>
        <w:t>Ринатович</w:t>
      </w:r>
      <w:proofErr w:type="spellEnd"/>
      <w:r w:rsidRPr="000A4FE9">
        <w:rPr>
          <w:lang w:val="ru-RU"/>
        </w:rPr>
        <w:t xml:space="preserve"> (далее по тексту - Оператор) приняты следующие меры для защиты обрабатываемых персональных данных:</w:t>
      </w:r>
    </w:p>
    <w:p w14:paraId="7056D095" w14:textId="77777777" w:rsidR="00C57731" w:rsidRPr="000A4FE9" w:rsidRDefault="00000000">
      <w:pPr>
        <w:spacing w:after="120"/>
        <w:rPr>
          <w:lang w:val="ru-RU"/>
        </w:rPr>
      </w:pPr>
      <w:r w:rsidRPr="000A4FE9">
        <w:rPr>
          <w:lang w:val="ru-RU"/>
        </w:rPr>
        <w:t>назначено ответственное лицо за организацию обработки персональных данных в соответствии с приказом;</w:t>
      </w:r>
      <w:r w:rsidRPr="000A4FE9">
        <w:rPr>
          <w:lang w:val="ru-RU"/>
        </w:rPr>
        <w:br/>
        <w:t>изданы документ, определяющий политику в отношении обработки персональных данных, локальные акты по вопросам обработки персональных данных, а также документы, устанавливающие процедуры, направленные на предотвращение и выявление нарушений законодательства РФ и устранение последствий таких нарушений;</w:t>
      </w:r>
      <w:r w:rsidRPr="000A4FE9">
        <w:rPr>
          <w:lang w:val="ru-RU"/>
        </w:rPr>
        <w:br/>
        <w:t>определены угрозы безопасности персональных данных при их обработке в информационных системах персональных данных;</w:t>
      </w:r>
      <w:r w:rsidRPr="000A4FE9">
        <w:rPr>
          <w:lang w:val="ru-RU"/>
        </w:rPr>
        <w:br/>
        <w:t>осуществлена защита машинных носителей информации, на которой хранятся и (или) обрабатываются персональные данные;</w:t>
      </w:r>
      <w:r w:rsidRPr="000A4FE9">
        <w:rPr>
          <w:lang w:val="ru-RU"/>
        </w:rPr>
        <w:br/>
        <w:t>на ПК установлены средства антивирусной защиты;</w:t>
      </w:r>
      <w:r w:rsidRPr="000A4FE9">
        <w:rPr>
          <w:lang w:val="ru-RU"/>
        </w:rPr>
        <w:br/>
        <w:t>ограничен доступ лиц в помещения, где размещены технические средства, позволяющие осуществлять обработку персональных данных, и хранятся носители информации;</w:t>
      </w:r>
      <w:r w:rsidRPr="000A4FE9">
        <w:rPr>
          <w:lang w:val="ru-RU"/>
        </w:rPr>
        <w:br/>
        <w:t>производится 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r w:rsidRPr="000A4FE9">
        <w:rPr>
          <w:lang w:val="ru-RU"/>
        </w:rPr>
        <w:br/>
        <w:t>производится учет машинных носителей персональных данных;</w:t>
      </w:r>
      <w:r w:rsidRPr="000A4FE9">
        <w:rPr>
          <w:lang w:val="ru-RU"/>
        </w:rPr>
        <w:br/>
        <w:t>приняты соответствующие меры по защите от несанкционированного доступа к персональным данным;</w:t>
      </w:r>
      <w:r w:rsidRPr="000A4FE9">
        <w:rPr>
          <w:lang w:val="ru-RU"/>
        </w:rPr>
        <w:br/>
        <w:t xml:space="preserve">осуществляется внутренний контроль соответствия обработки персональных данных Федеральному закону «О персональных данных» и принятым в соответствии с ним нормативным правовым актам, </w:t>
      </w:r>
      <w:r w:rsidRPr="000A4FE9">
        <w:rPr>
          <w:lang w:val="ru-RU"/>
        </w:rPr>
        <w:lastRenderedPageBreak/>
        <w:t>требованиям к защите персональных данных, политике Оператора в отношении обработки персональных данных, локальным актам Оператора;</w:t>
      </w:r>
      <w:r w:rsidRPr="000A4FE9">
        <w:rPr>
          <w:lang w:val="ru-RU"/>
        </w:rPr>
        <w:br/>
        <w:t>произведена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r w:rsidRPr="000A4FE9">
        <w:rPr>
          <w:lang w:val="ru-RU"/>
        </w:rPr>
        <w:br/>
        <w:t>работники Оператора, непосредственно осуществляющие обработку персональных данных субъектов ознакомлены под роспись с положениями законодательства Российской Федерации, в том числе с требованиями к их защите, документом, определяющим политику Оператора в отношении обработки персональных данных субъектов, локальными актами по вопросам их обработки;</w:t>
      </w:r>
      <w:r w:rsidRPr="000A4FE9">
        <w:rPr>
          <w:lang w:val="ru-RU"/>
        </w:rPr>
        <w:br/>
        <w:t>проводится периодическое обучение работников, осуществляющих обработку персональных данных, правилам обработки персональных данных.</w:t>
      </w:r>
      <w:r w:rsidRPr="000A4FE9">
        <w:rPr>
          <w:lang w:val="ru-RU"/>
        </w:rPr>
        <w:br/>
        <w:t>осуществляется контроль за соблюдением работниками, допущенных к обработке персональных данных, требований, установленных законодательством РФ в области персональных данных, локальными нормативными актами.</w:t>
      </w:r>
    </w:p>
    <w:p w14:paraId="4D8CE4A1" w14:textId="77777777" w:rsidR="00C57731" w:rsidRPr="000A4FE9" w:rsidRDefault="00000000">
      <w:pPr>
        <w:spacing w:after="120"/>
        <w:rPr>
          <w:lang w:val="ru-RU"/>
        </w:rPr>
      </w:pPr>
      <w:r w:rsidRPr="000A4FE9">
        <w:rPr>
          <w:b/>
          <w:lang w:val="ru-RU"/>
        </w:rPr>
        <w:t>9. Ответственность</w:t>
      </w:r>
    </w:p>
    <w:p w14:paraId="312BE21C" w14:textId="77777777" w:rsidR="00C57731" w:rsidRPr="000A4FE9" w:rsidRDefault="00000000">
      <w:pPr>
        <w:spacing w:after="120"/>
        <w:rPr>
          <w:lang w:val="ru-RU"/>
        </w:rPr>
      </w:pPr>
      <w:r w:rsidRPr="000A4FE9">
        <w:rPr>
          <w:lang w:val="ru-RU"/>
        </w:rPr>
        <w:t>9.1. Все работники Оператора, допущенные к обработке персональных данных, несут административную, материальную, уголовную ответственность в соответствии с действующим законодательством за обеспечение сохранности и соблюдение правил работы с персональными данными.</w:t>
      </w:r>
    </w:p>
    <w:p w14:paraId="7B8E1C0B" w14:textId="77777777" w:rsidR="00C57731" w:rsidRPr="000A4FE9" w:rsidRDefault="00000000">
      <w:pPr>
        <w:spacing w:after="120"/>
        <w:rPr>
          <w:lang w:val="ru-RU"/>
        </w:rPr>
      </w:pPr>
      <w:r w:rsidRPr="000A4FE9">
        <w:rPr>
          <w:lang w:val="ru-RU"/>
        </w:rPr>
        <w:t>9.2. Ответственность за доведение требований настоящего Положения до работников Оператора несёт ответственный за организацию обработки персональных данных.</w:t>
      </w:r>
    </w:p>
    <w:p w14:paraId="15D6C3F7" w14:textId="77777777" w:rsidR="00C57731" w:rsidRPr="000A4FE9" w:rsidRDefault="00000000">
      <w:pPr>
        <w:spacing w:after="120"/>
        <w:rPr>
          <w:lang w:val="ru-RU"/>
        </w:rPr>
      </w:pPr>
      <w:r w:rsidRPr="000A4FE9">
        <w:rPr>
          <w:b/>
          <w:lang w:val="ru-RU"/>
        </w:rPr>
        <w:t>10. Заключительные положения</w:t>
      </w:r>
    </w:p>
    <w:p w14:paraId="6B2898D8" w14:textId="77777777" w:rsidR="00C57731" w:rsidRPr="000A4FE9" w:rsidRDefault="00000000">
      <w:pPr>
        <w:spacing w:after="120"/>
        <w:rPr>
          <w:lang w:val="ru-RU"/>
        </w:rPr>
      </w:pPr>
      <w:r w:rsidRPr="000A4FE9">
        <w:rPr>
          <w:lang w:val="ru-RU"/>
        </w:rPr>
        <w:t>10.1. Субъект персональных данных может получить любые разъяснения по интересующим вопросам, касающимся обработки его персональных данных, обратившись к Оператору любым способом.</w:t>
      </w:r>
    </w:p>
    <w:p w14:paraId="0F7C8691" w14:textId="77777777" w:rsidR="00C57731" w:rsidRPr="000A4FE9" w:rsidRDefault="00000000">
      <w:pPr>
        <w:spacing w:after="120"/>
        <w:rPr>
          <w:lang w:val="ru-RU"/>
        </w:rPr>
      </w:pPr>
      <w:r w:rsidRPr="000A4FE9">
        <w:rPr>
          <w:lang w:val="ru-RU"/>
        </w:rPr>
        <w:t>10.2.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374311F6" w14:textId="77777777" w:rsidR="00C57731" w:rsidRPr="000A4FE9" w:rsidRDefault="00000000">
      <w:pPr>
        <w:spacing w:after="120"/>
        <w:rPr>
          <w:lang w:val="ru-RU"/>
        </w:rPr>
      </w:pPr>
      <w:r w:rsidRPr="000A4FE9">
        <w:rPr>
          <w:lang w:val="ru-RU"/>
        </w:rPr>
        <w:t>10.3. Актуальная версия Политики в свободном доступе расположена в сети Интернет по адресу сайта Оператора.</w:t>
      </w:r>
    </w:p>
    <w:p w14:paraId="2314E76E" w14:textId="77777777" w:rsidR="00C57731" w:rsidRPr="000A4FE9" w:rsidRDefault="00000000">
      <w:pPr>
        <w:spacing w:after="120"/>
        <w:rPr>
          <w:lang w:val="ru-RU"/>
        </w:rPr>
      </w:pPr>
      <w:r w:rsidRPr="000A4FE9">
        <w:rPr>
          <w:b/>
          <w:lang w:val="ru-RU"/>
        </w:rPr>
        <w:t>11. РЕКВИЗИТЫ ОПЕРАТОРА</w:t>
      </w:r>
    </w:p>
    <w:p w14:paraId="73FF315D" w14:textId="77777777" w:rsidR="00C57731" w:rsidRPr="000A4FE9" w:rsidRDefault="00000000">
      <w:pPr>
        <w:spacing w:after="120"/>
        <w:rPr>
          <w:lang w:val="ru-RU"/>
        </w:rPr>
      </w:pPr>
      <w:r w:rsidRPr="000A4FE9">
        <w:rPr>
          <w:lang w:val="ru-RU"/>
        </w:rPr>
        <w:t xml:space="preserve">Индивидуальный предприниматель </w:t>
      </w:r>
      <w:proofErr w:type="spellStart"/>
      <w:r w:rsidRPr="000A4FE9">
        <w:rPr>
          <w:lang w:val="ru-RU"/>
        </w:rPr>
        <w:t>Кисаметдинов</w:t>
      </w:r>
      <w:proofErr w:type="spellEnd"/>
      <w:r w:rsidRPr="000A4FE9">
        <w:rPr>
          <w:lang w:val="ru-RU"/>
        </w:rPr>
        <w:t xml:space="preserve"> Руслан </w:t>
      </w:r>
      <w:proofErr w:type="spellStart"/>
      <w:r w:rsidRPr="000A4FE9">
        <w:rPr>
          <w:lang w:val="ru-RU"/>
        </w:rPr>
        <w:t>Ринатович</w:t>
      </w:r>
      <w:proofErr w:type="spellEnd"/>
    </w:p>
    <w:p w14:paraId="2015A4CA" w14:textId="77777777" w:rsidR="00C57731" w:rsidRPr="000A4FE9" w:rsidRDefault="00000000">
      <w:pPr>
        <w:spacing w:after="120"/>
        <w:rPr>
          <w:lang w:val="ru-RU"/>
        </w:rPr>
      </w:pPr>
      <w:r w:rsidRPr="000A4FE9">
        <w:rPr>
          <w:lang w:val="ru-RU"/>
        </w:rPr>
        <w:t>ОГРНИП: 323730000004646</w:t>
      </w:r>
    </w:p>
    <w:p w14:paraId="795F915A" w14:textId="77777777" w:rsidR="00C57731" w:rsidRPr="000A4FE9" w:rsidRDefault="00000000">
      <w:pPr>
        <w:spacing w:after="120"/>
        <w:rPr>
          <w:lang w:val="ru-RU"/>
        </w:rPr>
      </w:pPr>
      <w:r w:rsidRPr="000A4FE9">
        <w:rPr>
          <w:lang w:val="ru-RU"/>
        </w:rPr>
        <w:t>ИНН: 732609207229</w:t>
      </w:r>
    </w:p>
    <w:p w14:paraId="62581DD5" w14:textId="77777777" w:rsidR="00C57731" w:rsidRPr="000A4FE9" w:rsidRDefault="00000000">
      <w:pPr>
        <w:spacing w:after="120"/>
        <w:rPr>
          <w:lang w:val="ru-RU"/>
        </w:rPr>
      </w:pPr>
      <w:r w:rsidRPr="000A4FE9">
        <w:rPr>
          <w:lang w:val="ru-RU"/>
        </w:rPr>
        <w:t>Телефон: +7 (937) 450-41-49</w:t>
      </w:r>
    </w:p>
    <w:p w14:paraId="697D6332" w14:textId="77777777" w:rsidR="00C57731" w:rsidRPr="000A4FE9" w:rsidRDefault="00000000">
      <w:pPr>
        <w:spacing w:after="120"/>
        <w:rPr>
          <w:lang w:val="ru-RU"/>
        </w:rPr>
      </w:pPr>
      <w:r w:rsidRPr="000A4FE9">
        <w:rPr>
          <w:lang w:val="ru-RU"/>
        </w:rPr>
        <w:t xml:space="preserve">Адрес электронной почты: </w:t>
      </w:r>
      <w:r>
        <w:t>my</w:t>
      </w:r>
      <w:r w:rsidRPr="000A4FE9">
        <w:rPr>
          <w:lang w:val="ru-RU"/>
        </w:rPr>
        <w:t>-</w:t>
      </w:r>
      <w:r>
        <w:t>best</w:t>
      </w:r>
      <w:r w:rsidRPr="000A4FE9">
        <w:rPr>
          <w:lang w:val="ru-RU"/>
        </w:rPr>
        <w:t>-</w:t>
      </w:r>
      <w:r>
        <w:t>room</w:t>
      </w:r>
      <w:r w:rsidRPr="000A4FE9">
        <w:rPr>
          <w:lang w:val="ru-RU"/>
        </w:rPr>
        <w:t>@</w:t>
      </w:r>
      <w:r>
        <w:t>mail</w:t>
      </w:r>
      <w:r w:rsidRPr="000A4FE9">
        <w:rPr>
          <w:lang w:val="ru-RU"/>
        </w:rPr>
        <w:t>.</w:t>
      </w:r>
      <w:proofErr w:type="spellStart"/>
      <w:r>
        <w:t>ru</w:t>
      </w:r>
      <w:proofErr w:type="spellEnd"/>
    </w:p>
    <w:p w14:paraId="0A5367CF" w14:textId="77777777" w:rsidR="00C57731" w:rsidRPr="000A4FE9" w:rsidRDefault="00000000">
      <w:pPr>
        <w:spacing w:after="120"/>
        <w:rPr>
          <w:lang w:val="ru-RU"/>
        </w:rPr>
      </w:pPr>
      <w:r w:rsidRPr="000A4FE9">
        <w:rPr>
          <w:lang w:val="ru-RU"/>
        </w:rPr>
        <w:t>Адрес: г. Ульяновск, проезд Энергетиков, д. 5</w:t>
      </w:r>
    </w:p>
    <w:sectPr w:rsidR="00C57731" w:rsidRPr="000A4FE9"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50321938">
    <w:abstractNumId w:val="8"/>
  </w:num>
  <w:num w:numId="2" w16cid:durableId="489567517">
    <w:abstractNumId w:val="6"/>
  </w:num>
  <w:num w:numId="3" w16cid:durableId="1545798648">
    <w:abstractNumId w:val="5"/>
  </w:num>
  <w:num w:numId="4" w16cid:durableId="1342048545">
    <w:abstractNumId w:val="4"/>
  </w:num>
  <w:num w:numId="5" w16cid:durableId="2034572398">
    <w:abstractNumId w:val="7"/>
  </w:num>
  <w:num w:numId="6" w16cid:durableId="1626422566">
    <w:abstractNumId w:val="3"/>
  </w:num>
  <w:num w:numId="7" w16cid:durableId="1071075133">
    <w:abstractNumId w:val="2"/>
  </w:num>
  <w:num w:numId="8" w16cid:durableId="882399086">
    <w:abstractNumId w:val="1"/>
  </w:num>
  <w:num w:numId="9" w16cid:durableId="1507554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4FE9"/>
    <w:rsid w:val="0015074B"/>
    <w:rsid w:val="0029639D"/>
    <w:rsid w:val="00326F90"/>
    <w:rsid w:val="00490E36"/>
    <w:rsid w:val="00711CE9"/>
    <w:rsid w:val="00AA1D8D"/>
    <w:rsid w:val="00B47730"/>
    <w:rsid w:val="00BF6540"/>
    <w:rsid w:val="00C57731"/>
    <w:rsid w:val="00CB0664"/>
    <w:rsid w:val="00F474DB"/>
    <w:rsid w:val="00FC693F"/>
    <w:rsid w:val="00FD04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0541BD"/>
  <w14:defaultImageDpi w14:val="300"/>
  <w15:docId w15:val="{F40FF84D-744F-4554-8B00-CCA8A30C1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BF6540"/>
    <w:rPr>
      <w:color w:val="0000FF" w:themeColor="hyperlink"/>
      <w:u w:val="single"/>
    </w:rPr>
  </w:style>
  <w:style w:type="character" w:styleId="aff9">
    <w:name w:val="Unresolved Mention"/>
    <w:basedOn w:val="a2"/>
    <w:uiPriority w:val="99"/>
    <w:semiHidden/>
    <w:unhideWhenUsed/>
    <w:rsid w:val="00BF65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stroomstore.com/" TargetMode="External"/><Relationship Id="rId3" Type="http://schemas.openxmlformats.org/officeDocument/2006/relationships/styles" Target="styles.xml"/><Relationship Id="rId7" Type="http://schemas.openxmlformats.org/officeDocument/2006/relationships/hyperlink" Target="https://bestroomstore.com/catalo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estroomstore.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5587</Words>
  <Characters>31849</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Политика в отношении обработки персональных данных</dc:title>
  <dc:subject>Версия с реквизитами ИП Кисаметдинов Руслан Ринатович</dc:subject>
  <dc:creator>BestRoom</dc:creator>
  <cp:keywords/>
  <dc:description>generated by python-docx</dc:description>
  <cp:lastModifiedBy>Денис Денисов</cp:lastModifiedBy>
  <cp:revision>5</cp:revision>
  <dcterms:created xsi:type="dcterms:W3CDTF">2026-08-14T05:45:00Z</dcterms:created>
  <dcterms:modified xsi:type="dcterms:W3CDTF">2026-08-14T07:24:00Z</dcterms:modified>
  <cp:category/>
</cp:coreProperties>
</file>