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1D6BA" w14:textId="77777777" w:rsidR="00356D25" w:rsidRPr="000A16C7" w:rsidRDefault="00000000">
      <w:pPr>
        <w:spacing w:after="40"/>
        <w:jc w:val="center"/>
        <w:rPr>
          <w:lang w:val="ru-RU"/>
        </w:rPr>
      </w:pPr>
      <w:r w:rsidRPr="000A16C7">
        <w:rPr>
          <w:b/>
          <w:sz w:val="28"/>
          <w:lang w:val="ru-RU"/>
        </w:rPr>
        <w:t>Согласие на обработку персональных данных</w:t>
      </w:r>
    </w:p>
    <w:p w14:paraId="1007619C" w14:textId="77777777" w:rsidR="00356D25" w:rsidRPr="000A16C7" w:rsidRDefault="00000000">
      <w:pPr>
        <w:spacing w:after="260"/>
        <w:jc w:val="center"/>
        <w:rPr>
          <w:lang w:val="ru-RU"/>
        </w:rPr>
      </w:pPr>
      <w:r w:rsidRPr="000A16C7">
        <w:rPr>
          <w:sz w:val="20"/>
          <w:lang w:val="ru-RU"/>
        </w:rPr>
        <w:t>Дата последнего обновления: 14 августа 2026 года</w:t>
      </w:r>
    </w:p>
    <w:p w14:paraId="06384E74" w14:textId="2474E9F4" w:rsidR="00356D25" w:rsidRPr="000A16C7" w:rsidRDefault="00000000">
      <w:pPr>
        <w:spacing w:after="140"/>
        <w:ind w:firstLine="709"/>
        <w:rPr>
          <w:lang w:val="ru-RU"/>
        </w:rPr>
      </w:pPr>
      <w:r w:rsidRPr="000A16C7">
        <w:rPr>
          <w:lang w:val="ru-RU"/>
        </w:rPr>
        <w:t xml:space="preserve">Субъект персональных данных (Пользователь сайта), при вводе данных на сайте Оператора </w:t>
      </w:r>
      <w:hyperlink r:id="rId8" w:history="1">
        <w:r w:rsidR="000A16C7" w:rsidRPr="00FF52B4">
          <w:rPr>
            <w:rStyle w:val="aff8"/>
          </w:rPr>
          <w:t>https</w:t>
        </w:r>
        <w:r w:rsidR="000A16C7" w:rsidRPr="000A16C7">
          <w:rPr>
            <w:rStyle w:val="aff8"/>
            <w:lang w:val="ru-RU"/>
          </w:rPr>
          <w:t>://</w:t>
        </w:r>
        <w:proofErr w:type="spellStart"/>
        <w:r w:rsidR="000A16C7" w:rsidRPr="00FF52B4">
          <w:rPr>
            <w:rStyle w:val="aff8"/>
          </w:rPr>
          <w:t>bestroomstore</w:t>
        </w:r>
        <w:proofErr w:type="spellEnd"/>
        <w:r w:rsidR="000A16C7" w:rsidRPr="000A16C7">
          <w:rPr>
            <w:rStyle w:val="aff8"/>
            <w:lang w:val="ru-RU"/>
          </w:rPr>
          <w:t>.</w:t>
        </w:r>
        <w:r w:rsidR="000A16C7" w:rsidRPr="00FF52B4">
          <w:rPr>
            <w:rStyle w:val="aff8"/>
          </w:rPr>
          <w:t>com</w:t>
        </w:r>
        <w:r w:rsidR="000A16C7" w:rsidRPr="000A16C7">
          <w:rPr>
            <w:rStyle w:val="aff8"/>
            <w:lang w:val="ru-RU"/>
          </w:rPr>
          <w:t>/</w:t>
        </w:r>
      </w:hyperlink>
      <w:r w:rsidR="000A16C7">
        <w:rPr>
          <w:lang w:val="ru-RU"/>
        </w:rPr>
        <w:t xml:space="preserve"> </w:t>
      </w:r>
      <w:r w:rsidRPr="000A16C7">
        <w:rPr>
          <w:lang w:val="ru-RU"/>
        </w:rPr>
        <w:t>в форму (формы) обратной связи «Заказать звонок», «Отправить заявку», «Остались вопросы» и другие, принимает условия настоящего Согласия на обработку персональных данных (далее — Согласие).</w:t>
      </w:r>
    </w:p>
    <w:p w14:paraId="39267522" w14:textId="77777777" w:rsidR="00356D25" w:rsidRPr="000A16C7" w:rsidRDefault="00000000">
      <w:pPr>
        <w:spacing w:after="160"/>
        <w:ind w:firstLine="709"/>
        <w:rPr>
          <w:lang w:val="ru-RU"/>
        </w:rPr>
      </w:pPr>
      <w:r w:rsidRPr="000A16C7">
        <w:rPr>
          <w:lang w:val="ru-RU"/>
        </w:rPr>
        <w:t xml:space="preserve">Настоящим я, действуя свободно, своей волей и в своем интересе, а также подтверждая свою дееспособность, даю свое согласие оператору — Индивидуальный предприниматель </w:t>
      </w:r>
      <w:proofErr w:type="spellStart"/>
      <w:r w:rsidRPr="000A16C7">
        <w:rPr>
          <w:lang w:val="ru-RU"/>
        </w:rPr>
        <w:t>Кисаметдинов</w:t>
      </w:r>
      <w:proofErr w:type="spellEnd"/>
      <w:r w:rsidRPr="000A16C7">
        <w:rPr>
          <w:lang w:val="ru-RU"/>
        </w:rPr>
        <w:t xml:space="preserve"> Руслан </w:t>
      </w:r>
      <w:proofErr w:type="spellStart"/>
      <w:r w:rsidRPr="000A16C7">
        <w:rPr>
          <w:lang w:val="ru-RU"/>
        </w:rPr>
        <w:t>Ринатович</w:t>
      </w:r>
      <w:proofErr w:type="spellEnd"/>
      <w:r w:rsidRPr="000A16C7">
        <w:rPr>
          <w:lang w:val="ru-RU"/>
        </w:rPr>
        <w:t xml:space="preserve"> (ИП </w:t>
      </w:r>
      <w:proofErr w:type="spellStart"/>
      <w:r w:rsidRPr="000A16C7">
        <w:rPr>
          <w:lang w:val="ru-RU"/>
        </w:rPr>
        <w:t>Кисаметдинов</w:t>
      </w:r>
      <w:proofErr w:type="spellEnd"/>
      <w:r w:rsidRPr="000A16C7">
        <w:rPr>
          <w:lang w:val="ru-RU"/>
        </w:rPr>
        <w:t xml:space="preserve"> Руслан </w:t>
      </w:r>
      <w:proofErr w:type="spellStart"/>
      <w:r w:rsidRPr="000A16C7">
        <w:rPr>
          <w:lang w:val="ru-RU"/>
        </w:rPr>
        <w:t>Ринатович</w:t>
      </w:r>
      <w:proofErr w:type="spellEnd"/>
      <w:r w:rsidRPr="000A16C7">
        <w:rPr>
          <w:lang w:val="ru-RU"/>
        </w:rPr>
        <w:t xml:space="preserve">), ОГРНИП 323730000004646, ИНН 732609207229, </w:t>
      </w:r>
      <w:r>
        <w:t>e</w:t>
      </w:r>
      <w:r w:rsidRPr="000A16C7">
        <w:rPr>
          <w:lang w:val="ru-RU"/>
        </w:rPr>
        <w:t>-</w:t>
      </w:r>
      <w:r>
        <w:t>mail</w:t>
      </w:r>
      <w:r w:rsidRPr="000A16C7">
        <w:rPr>
          <w:lang w:val="ru-RU"/>
        </w:rPr>
        <w:t xml:space="preserve">: </w:t>
      </w:r>
      <w:r>
        <w:t>my</w:t>
      </w:r>
      <w:r w:rsidRPr="000A16C7">
        <w:rPr>
          <w:lang w:val="ru-RU"/>
        </w:rPr>
        <w:t>-</w:t>
      </w:r>
      <w:r>
        <w:t>best</w:t>
      </w:r>
      <w:r w:rsidRPr="000A16C7">
        <w:rPr>
          <w:lang w:val="ru-RU"/>
        </w:rPr>
        <w:t>-</w:t>
      </w:r>
      <w:r>
        <w:t>room</w:t>
      </w:r>
      <w:r w:rsidRPr="000A16C7">
        <w:rPr>
          <w:lang w:val="ru-RU"/>
        </w:rPr>
        <w:t>@</w:t>
      </w:r>
      <w:r>
        <w:t>mail</w:t>
      </w:r>
      <w:r w:rsidRPr="000A16C7">
        <w:rPr>
          <w:lang w:val="ru-RU"/>
        </w:rPr>
        <w:t>.</w:t>
      </w:r>
      <w:proofErr w:type="spellStart"/>
      <w:r>
        <w:t>ru</w:t>
      </w:r>
      <w:proofErr w:type="spellEnd"/>
      <w:r w:rsidRPr="000A16C7">
        <w:rPr>
          <w:lang w:val="ru-RU"/>
        </w:rPr>
        <w:t>, телефон: +7 (937) 450-41-49, на обработку своих персональных данных на основании Федерального закона № 152-ФЗ от 27.07.2006 г. «О персональных данных» на следующих условиях:</w:t>
      </w:r>
    </w:p>
    <w:p w14:paraId="13686DA6" w14:textId="77777777" w:rsidR="00356D25" w:rsidRPr="000A16C7" w:rsidRDefault="00000000">
      <w:pPr>
        <w:spacing w:after="100"/>
        <w:rPr>
          <w:lang w:val="ru-RU"/>
        </w:rPr>
      </w:pPr>
      <w:r w:rsidRPr="000A16C7">
        <w:rPr>
          <w:b/>
          <w:lang w:val="ru-RU"/>
        </w:rPr>
        <w:t xml:space="preserve">1. </w:t>
      </w:r>
      <w:r w:rsidRPr="000A16C7">
        <w:rPr>
          <w:lang w:val="ru-RU"/>
        </w:rPr>
        <w:t>Данное Согласие распространяется на обработку персональных данных как без использования средств автоматизации, так и/или с их использованием путем передачи по сети Интернет Оператору.</w:t>
      </w:r>
    </w:p>
    <w:p w14:paraId="28433A0B" w14:textId="77777777" w:rsidR="00356D25" w:rsidRPr="000A16C7" w:rsidRDefault="00000000">
      <w:pPr>
        <w:spacing w:after="100"/>
        <w:rPr>
          <w:lang w:val="ru-RU"/>
        </w:rPr>
      </w:pPr>
      <w:r w:rsidRPr="000A16C7">
        <w:rPr>
          <w:b/>
          <w:lang w:val="ru-RU"/>
        </w:rPr>
        <w:t xml:space="preserve">2. </w:t>
      </w:r>
      <w:r w:rsidRPr="000A16C7">
        <w:rPr>
          <w:lang w:val="ru-RU"/>
        </w:rPr>
        <w:t>Пользователь дает Согласие на обработку следующих персональных данных:</w:t>
      </w:r>
    </w:p>
    <w:p w14:paraId="36168F70" w14:textId="77777777" w:rsidR="00356D25" w:rsidRDefault="00000000">
      <w:pPr>
        <w:pStyle w:val="a0"/>
        <w:spacing w:after="40"/>
        <w:ind w:left="369" w:hanging="198"/>
      </w:pPr>
      <w:proofErr w:type="spellStart"/>
      <w:r>
        <w:t>фамилия</w:t>
      </w:r>
      <w:proofErr w:type="spellEnd"/>
      <w:r>
        <w:t xml:space="preserve">, </w:t>
      </w:r>
      <w:proofErr w:type="spellStart"/>
      <w:r>
        <w:t>имя</w:t>
      </w:r>
      <w:proofErr w:type="spellEnd"/>
      <w:r>
        <w:t xml:space="preserve">, </w:t>
      </w:r>
      <w:proofErr w:type="spellStart"/>
      <w:r>
        <w:t>отчество</w:t>
      </w:r>
      <w:proofErr w:type="spellEnd"/>
      <w:r>
        <w:t>;</w:t>
      </w:r>
    </w:p>
    <w:p w14:paraId="1A89948E" w14:textId="77777777" w:rsidR="00356D25" w:rsidRDefault="00000000">
      <w:pPr>
        <w:pStyle w:val="a0"/>
        <w:spacing w:after="40"/>
        <w:ind w:left="369" w:hanging="198"/>
      </w:pPr>
      <w:r>
        <w:t>адреса электронной почты;</w:t>
      </w:r>
    </w:p>
    <w:p w14:paraId="2B14CF66" w14:textId="77777777" w:rsidR="00356D25" w:rsidRDefault="00000000">
      <w:pPr>
        <w:pStyle w:val="a0"/>
        <w:spacing w:after="40"/>
        <w:ind w:left="369" w:hanging="198"/>
      </w:pPr>
      <w:r>
        <w:t>номера телефонов;</w:t>
      </w:r>
    </w:p>
    <w:p w14:paraId="58653E4A" w14:textId="4C7AB68A" w:rsidR="00356D25" w:rsidRPr="000A16C7" w:rsidRDefault="00000000">
      <w:pPr>
        <w:pStyle w:val="a0"/>
        <w:spacing w:after="40"/>
        <w:ind w:left="369" w:hanging="198"/>
        <w:rPr>
          <w:lang w:val="ru-RU"/>
        </w:rPr>
      </w:pPr>
      <w:r w:rsidRPr="000A16C7">
        <w:rPr>
          <w:lang w:val="ru-RU"/>
        </w:rPr>
        <w:t xml:space="preserve">история запросов и просмотров на сайте </w:t>
      </w:r>
      <w:r w:rsidR="000A16C7">
        <w:fldChar w:fldCharType="begin"/>
      </w:r>
      <w:r w:rsidR="000A16C7">
        <w:instrText>HYPERLINK</w:instrText>
      </w:r>
      <w:r w:rsidR="000A16C7" w:rsidRPr="000A16C7">
        <w:rPr>
          <w:lang w:val="ru-RU"/>
        </w:rPr>
        <w:instrText xml:space="preserve"> "</w:instrText>
      </w:r>
      <w:r w:rsidR="000A16C7" w:rsidRPr="000A16C7">
        <w:instrText>https</w:instrText>
      </w:r>
      <w:r w:rsidR="000A16C7" w:rsidRPr="000A16C7">
        <w:rPr>
          <w:lang w:val="ru-RU"/>
        </w:rPr>
        <w:instrText>://</w:instrText>
      </w:r>
      <w:r w:rsidR="000A16C7" w:rsidRPr="000A16C7">
        <w:instrText>bestroomstore</w:instrText>
      </w:r>
      <w:r w:rsidR="000A16C7" w:rsidRPr="000A16C7">
        <w:rPr>
          <w:lang w:val="ru-RU"/>
        </w:rPr>
        <w:instrText>.</w:instrText>
      </w:r>
      <w:r w:rsidR="000A16C7" w:rsidRPr="000A16C7">
        <w:instrText>com</w:instrText>
      </w:r>
      <w:r w:rsidR="000A16C7" w:rsidRPr="000A16C7">
        <w:rPr>
          <w:lang w:val="ru-RU"/>
        </w:rPr>
        <w:instrText>/</w:instrText>
      </w:r>
      <w:r w:rsidR="000A16C7" w:rsidRPr="000A16C7">
        <w:rPr>
          <w:lang w:val="ru-RU"/>
        </w:rPr>
        <w:instrText>"</w:instrText>
      </w:r>
      <w:r w:rsidR="000A16C7">
        <w:fldChar w:fldCharType="separate"/>
      </w:r>
      <w:r w:rsidR="000A16C7" w:rsidRPr="00FF52B4">
        <w:rPr>
          <w:rStyle w:val="aff8"/>
        </w:rPr>
        <w:t>https</w:t>
      </w:r>
      <w:r w:rsidR="000A16C7" w:rsidRPr="00FF52B4">
        <w:rPr>
          <w:rStyle w:val="aff8"/>
          <w:lang w:val="ru-RU"/>
        </w:rPr>
        <w:t>://</w:t>
      </w:r>
      <w:r w:rsidR="000A16C7" w:rsidRPr="00FF52B4">
        <w:rPr>
          <w:rStyle w:val="aff8"/>
        </w:rPr>
        <w:t>bestroomstore</w:t>
      </w:r>
      <w:r w:rsidR="000A16C7" w:rsidRPr="00FF52B4">
        <w:rPr>
          <w:rStyle w:val="aff8"/>
          <w:lang w:val="ru-RU"/>
        </w:rPr>
        <w:t>.</w:t>
      </w:r>
      <w:r w:rsidR="000A16C7" w:rsidRPr="00FF52B4">
        <w:rPr>
          <w:rStyle w:val="aff8"/>
        </w:rPr>
        <w:t>com</w:t>
      </w:r>
      <w:r w:rsidR="000A16C7" w:rsidRPr="00FF52B4">
        <w:rPr>
          <w:rStyle w:val="aff8"/>
          <w:lang w:val="ru-RU"/>
        </w:rPr>
        <w:t>/</w:t>
      </w:r>
      <w:r w:rsidR="000A16C7">
        <w:fldChar w:fldCharType="end"/>
      </w:r>
      <w:r w:rsidR="000A16C7">
        <w:rPr>
          <w:lang w:val="ru-RU"/>
        </w:rPr>
        <w:t xml:space="preserve"> </w:t>
      </w:r>
      <w:r w:rsidR="000A16C7" w:rsidRPr="000A16C7">
        <w:rPr>
          <w:lang w:val="ru-RU"/>
        </w:rPr>
        <w:t xml:space="preserve"> </w:t>
      </w:r>
      <w:r w:rsidR="000A16C7">
        <w:rPr>
          <w:lang w:val="ru-RU"/>
        </w:rPr>
        <w:t xml:space="preserve"> </w:t>
      </w:r>
      <w:r w:rsidRPr="000A16C7">
        <w:rPr>
          <w:lang w:val="ru-RU"/>
        </w:rPr>
        <w:t>(далее — Сайт) и его сервисах;</w:t>
      </w:r>
    </w:p>
    <w:p w14:paraId="3F138C9A" w14:textId="77777777" w:rsidR="00356D25" w:rsidRPr="000A16C7" w:rsidRDefault="00000000">
      <w:pPr>
        <w:pStyle w:val="a0"/>
        <w:spacing w:after="40"/>
        <w:ind w:left="369" w:hanging="198"/>
        <w:rPr>
          <w:lang w:val="ru-RU"/>
        </w:rPr>
      </w:pPr>
      <w:r w:rsidRPr="000A16C7">
        <w:rPr>
          <w:lang w:val="ru-RU"/>
        </w:rPr>
        <w:t xml:space="preserve">файлы </w:t>
      </w:r>
      <w:r>
        <w:t>cookie</w:t>
      </w:r>
      <w:r w:rsidRPr="000A16C7">
        <w:rPr>
          <w:lang w:val="ru-RU"/>
        </w:rPr>
        <w:t>, сведения о местоположении Пользователя, сведения о действиях Пользователя на Сайте, сведения об оборудовании Пользователя, дата и время сессии.</w:t>
      </w:r>
    </w:p>
    <w:p w14:paraId="6C05C31D" w14:textId="77777777" w:rsidR="00356D25" w:rsidRDefault="00000000">
      <w:pPr>
        <w:spacing w:after="100"/>
      </w:pPr>
      <w:r>
        <w:rPr>
          <w:b/>
        </w:rPr>
        <w:t xml:space="preserve">3. </w:t>
      </w:r>
      <w:r>
        <w:t>Цели обработки персональных данных:</w:t>
      </w:r>
    </w:p>
    <w:p w14:paraId="341B2134" w14:textId="77777777" w:rsidR="00356D25" w:rsidRPr="000A16C7" w:rsidRDefault="00000000">
      <w:pPr>
        <w:pStyle w:val="a0"/>
        <w:spacing w:after="40"/>
        <w:ind w:left="369" w:hanging="198"/>
        <w:rPr>
          <w:lang w:val="ru-RU"/>
        </w:rPr>
      </w:pPr>
      <w:r w:rsidRPr="000A16C7">
        <w:rPr>
          <w:lang w:val="ru-RU"/>
        </w:rPr>
        <w:t>обработка входящих запросов, обращений физических лиц, индивидуальных предпринимателей, представителей юридических лиц с целью предоставления информации о товарах и условиях их приобретения, а также установления обратной связи;</w:t>
      </w:r>
    </w:p>
    <w:p w14:paraId="0FD59080" w14:textId="77777777" w:rsidR="00356D25" w:rsidRPr="000A16C7" w:rsidRDefault="00000000">
      <w:pPr>
        <w:pStyle w:val="a0"/>
        <w:spacing w:after="40"/>
        <w:ind w:left="369" w:hanging="198"/>
        <w:rPr>
          <w:lang w:val="ru-RU"/>
        </w:rPr>
      </w:pPr>
      <w:r w:rsidRPr="000A16C7">
        <w:rPr>
          <w:lang w:val="ru-RU"/>
        </w:rPr>
        <w:t>идентификация Пользователя сайта как субъекта персональных данных с целью заключения любых договоров с Оператором и их дальнейшего исполнения;</w:t>
      </w:r>
    </w:p>
    <w:p w14:paraId="0F15325B" w14:textId="77777777" w:rsidR="00356D25" w:rsidRPr="000A16C7" w:rsidRDefault="00000000">
      <w:pPr>
        <w:pStyle w:val="a0"/>
        <w:spacing w:after="40"/>
        <w:ind w:left="369" w:hanging="198"/>
        <w:rPr>
          <w:lang w:val="ru-RU"/>
        </w:rPr>
      </w:pPr>
      <w:r w:rsidRPr="000A16C7">
        <w:rPr>
          <w:lang w:val="ru-RU"/>
        </w:rPr>
        <w:t>статистические и иные исследовательские и (или) аналитические цели при условии обезличивания персональных данных.</w:t>
      </w:r>
    </w:p>
    <w:p w14:paraId="3B3974D9" w14:textId="77777777" w:rsidR="00356D25" w:rsidRPr="000A16C7" w:rsidRDefault="00000000">
      <w:pPr>
        <w:spacing w:after="100"/>
        <w:rPr>
          <w:lang w:val="ru-RU"/>
        </w:rPr>
      </w:pPr>
      <w:r w:rsidRPr="000A16C7">
        <w:rPr>
          <w:b/>
          <w:lang w:val="ru-RU"/>
        </w:rPr>
        <w:t xml:space="preserve">4. </w:t>
      </w:r>
      <w:r w:rsidRPr="000A16C7">
        <w:rPr>
          <w:lang w:val="ru-RU"/>
        </w:rPr>
        <w:t>Основаниями для обработки персональных данных являются: Конституция Российской Федерации, Федеральный закон № 152-ФЗ «О персональных данных», настоящее Согласие на обработку персональных данных, Политика в отношении обработки персональных данных.</w:t>
      </w:r>
    </w:p>
    <w:p w14:paraId="26446D9E" w14:textId="77777777" w:rsidR="00356D25" w:rsidRPr="000A16C7" w:rsidRDefault="00000000">
      <w:pPr>
        <w:spacing w:after="100"/>
        <w:rPr>
          <w:lang w:val="ru-RU"/>
        </w:rPr>
      </w:pPr>
      <w:r w:rsidRPr="000A16C7">
        <w:rPr>
          <w:b/>
          <w:lang w:val="ru-RU"/>
        </w:rPr>
        <w:t xml:space="preserve">5. </w:t>
      </w:r>
      <w:r w:rsidRPr="000A16C7">
        <w:rPr>
          <w:lang w:val="ru-RU"/>
        </w:rPr>
        <w:t>В ходе обработки с персональными данными могут быть совершены следующие действия: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блокирование; удаление; уничтожение.</w:t>
      </w:r>
    </w:p>
    <w:p w14:paraId="2A2E1680" w14:textId="77777777" w:rsidR="00356D25" w:rsidRPr="000A16C7" w:rsidRDefault="00000000">
      <w:pPr>
        <w:spacing w:after="100"/>
        <w:rPr>
          <w:lang w:val="ru-RU"/>
        </w:rPr>
      </w:pPr>
      <w:r w:rsidRPr="000A16C7">
        <w:rPr>
          <w:b/>
          <w:lang w:val="ru-RU"/>
        </w:rPr>
        <w:t xml:space="preserve">6. </w:t>
      </w:r>
      <w:r w:rsidRPr="000A16C7">
        <w:rPr>
          <w:lang w:val="ru-RU"/>
        </w:rPr>
        <w:t xml:space="preserve">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самостоятельно настроить свое оборудование способом, обеспечивающим соответствующий его желаниям режим работы и уровень защиты данных файлов </w:t>
      </w:r>
      <w:r>
        <w:t>cookie</w:t>
      </w:r>
      <w:r w:rsidRPr="000A16C7">
        <w:rPr>
          <w:lang w:val="ru-RU"/>
        </w:rPr>
        <w:t>. Оператор не предоставляет технологических и правовых консультаций по вопросам такой настройки.</w:t>
      </w:r>
    </w:p>
    <w:p w14:paraId="4521E6A5" w14:textId="77777777" w:rsidR="00356D25" w:rsidRPr="000A16C7" w:rsidRDefault="00000000">
      <w:pPr>
        <w:spacing w:after="100"/>
        <w:rPr>
          <w:lang w:val="ru-RU"/>
        </w:rPr>
      </w:pPr>
      <w:r w:rsidRPr="000A16C7">
        <w:rPr>
          <w:b/>
          <w:lang w:val="ru-RU"/>
        </w:rPr>
        <w:t xml:space="preserve">7. </w:t>
      </w:r>
      <w:r w:rsidRPr="000A16C7">
        <w:rPr>
          <w:lang w:val="ru-RU"/>
        </w:rPr>
        <w:t>Настоящее Согласие действует до окончания цели обработки персональных данных либо до момента его отзыва субъектом персональных данных (Пользователем сайта) или его представителем.</w:t>
      </w:r>
    </w:p>
    <w:p w14:paraId="409A1FFC" w14:textId="77777777" w:rsidR="00356D25" w:rsidRPr="000A16C7" w:rsidRDefault="00000000">
      <w:pPr>
        <w:spacing w:after="100"/>
        <w:rPr>
          <w:lang w:val="ru-RU"/>
        </w:rPr>
      </w:pPr>
      <w:r w:rsidRPr="000A16C7">
        <w:rPr>
          <w:b/>
          <w:lang w:val="ru-RU"/>
        </w:rPr>
        <w:lastRenderedPageBreak/>
        <w:t xml:space="preserve">8. </w:t>
      </w:r>
      <w:r w:rsidRPr="000A16C7">
        <w:rPr>
          <w:lang w:val="ru-RU"/>
        </w:rPr>
        <w:t xml:space="preserve">Согласие может быть отозвано субъектом персональных данных (Пользователем) или его представителем в любой момент путем направления заявления в простой письменной форме на адрес электронной почты </w:t>
      </w:r>
      <w:r>
        <w:t>my</w:t>
      </w:r>
      <w:r w:rsidRPr="000A16C7">
        <w:rPr>
          <w:lang w:val="ru-RU"/>
        </w:rPr>
        <w:t>-</w:t>
      </w:r>
      <w:r>
        <w:t>best</w:t>
      </w:r>
      <w:r w:rsidRPr="000A16C7">
        <w:rPr>
          <w:lang w:val="ru-RU"/>
        </w:rPr>
        <w:t>-</w:t>
      </w:r>
      <w:r>
        <w:t>room</w:t>
      </w:r>
      <w:r w:rsidRPr="000A16C7">
        <w:rPr>
          <w:lang w:val="ru-RU"/>
        </w:rPr>
        <w:t>@</w:t>
      </w:r>
      <w:r>
        <w:t>mail</w:t>
      </w:r>
      <w:r w:rsidRPr="000A16C7">
        <w:rPr>
          <w:lang w:val="ru-RU"/>
        </w:rPr>
        <w:t>.</w:t>
      </w:r>
      <w:proofErr w:type="spellStart"/>
      <w:r>
        <w:t>ru</w:t>
      </w:r>
      <w:proofErr w:type="spellEnd"/>
      <w:r w:rsidRPr="000A16C7">
        <w:rPr>
          <w:lang w:val="ru-RU"/>
        </w:rPr>
        <w:t xml:space="preserve"> либо по адресу Оператора: г. Ульяновск, проезд Энергетиков, д. 5.</w:t>
      </w:r>
    </w:p>
    <w:p w14:paraId="73C9CA6E" w14:textId="77777777" w:rsidR="00356D25" w:rsidRPr="000A16C7" w:rsidRDefault="00000000">
      <w:pPr>
        <w:spacing w:after="100"/>
        <w:rPr>
          <w:lang w:val="ru-RU"/>
        </w:rPr>
      </w:pPr>
      <w:r w:rsidRPr="000A16C7">
        <w:rPr>
          <w:b/>
          <w:lang w:val="ru-RU"/>
        </w:rPr>
        <w:t xml:space="preserve">9. </w:t>
      </w:r>
      <w:r w:rsidRPr="000A16C7">
        <w:rPr>
          <w:lang w:val="ru-RU"/>
        </w:rPr>
        <w:t>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Федерального закона № 152-ФЗ «О персональных данных» от 27.07.2006 г.</w:t>
      </w:r>
    </w:p>
    <w:p w14:paraId="1F67CD88" w14:textId="77777777" w:rsidR="00356D25" w:rsidRPr="000A16C7" w:rsidRDefault="00000000">
      <w:pPr>
        <w:spacing w:after="100"/>
        <w:rPr>
          <w:lang w:val="ru-RU"/>
        </w:rPr>
      </w:pPr>
      <w:r w:rsidRPr="000A16C7">
        <w:rPr>
          <w:b/>
          <w:lang w:val="ru-RU"/>
        </w:rPr>
        <w:t xml:space="preserve">10. </w:t>
      </w:r>
      <w:r w:rsidRPr="000A16C7">
        <w:rPr>
          <w:lang w:val="ru-RU"/>
        </w:rPr>
        <w:t xml:space="preserve">Я согласен/согласна квалифицировать в качестве своей простой электронной подписи под настоящим Согласием и под Политикой в отношении обработки персональных данных выполнение мною следующего действия на Сайте Оператора: нажатие на интерфейсе (кнопке) с текстом «На сайте используются файлы </w:t>
      </w:r>
      <w:r>
        <w:t>cookie</w:t>
      </w:r>
      <w:r w:rsidRPr="000A16C7">
        <w:rPr>
          <w:lang w:val="ru-RU"/>
        </w:rPr>
        <w:t xml:space="preserve"> для улучшения работы сайта. Оставаясь на нашем сайте, Вы соглашаетесь с условиями использования файлов </w:t>
      </w:r>
      <w:r>
        <w:t>cookie</w:t>
      </w:r>
      <w:r w:rsidRPr="000A16C7">
        <w:rPr>
          <w:lang w:val="ru-RU"/>
        </w:rPr>
        <w:t>» на элемент с текстом «Я согласен/согласна».</w:t>
      </w:r>
    </w:p>
    <w:sectPr w:rsidR="00356D25" w:rsidRPr="000A16C7" w:rsidSect="00034616">
      <w:headerReference w:type="default" r:id="rId9"/>
      <w:footerReference w:type="default" r:id="rId10"/>
      <w:pgSz w:w="11906" w:h="16838"/>
      <w:pgMar w:top="1020" w:right="1020" w:bottom="964"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E288B" w14:textId="77777777" w:rsidR="00D746B0" w:rsidRDefault="00D746B0">
      <w:pPr>
        <w:spacing w:after="0" w:line="240" w:lineRule="auto"/>
      </w:pPr>
      <w:r>
        <w:separator/>
      </w:r>
    </w:p>
  </w:endnote>
  <w:endnote w:type="continuationSeparator" w:id="0">
    <w:p w14:paraId="66A0B33E" w14:textId="77777777" w:rsidR="00D746B0" w:rsidRDefault="00D74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E1485" w14:textId="77777777" w:rsidR="00356D25" w:rsidRDefault="00000000">
    <w:pPr>
      <w:pStyle w:val="a7"/>
      <w:jc w:val="center"/>
    </w:pPr>
    <w:r>
      <w:fldChar w:fldCharType="begin"/>
    </w:r>
    <w:r>
      <w:instrText>PAGE</w:instrText>
    </w:r>
    <w:r>
      <w:fldChar w:fldCharType="separate"/>
    </w:r>
    <w:r w:rsidR="0039133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71E8A" w14:textId="77777777" w:rsidR="00D746B0" w:rsidRDefault="00D746B0">
      <w:pPr>
        <w:spacing w:after="0" w:line="240" w:lineRule="auto"/>
      </w:pPr>
      <w:r>
        <w:separator/>
      </w:r>
    </w:p>
  </w:footnote>
  <w:footnote w:type="continuationSeparator" w:id="0">
    <w:p w14:paraId="5AC8B8F2" w14:textId="77777777" w:rsidR="00D746B0" w:rsidRDefault="00D74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3E52C" w14:textId="77777777" w:rsidR="00356D25" w:rsidRDefault="00000000">
    <w:pPr>
      <w:pStyle w:val="a5"/>
      <w:spacing w:after="60"/>
      <w:jc w:val="right"/>
    </w:pPr>
    <w:r>
      <w:rPr>
        <w:b/>
        <w:sz w:val="18"/>
      </w:rPr>
      <w:t>BestRoom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74364861">
    <w:abstractNumId w:val="8"/>
  </w:num>
  <w:num w:numId="2" w16cid:durableId="323583044">
    <w:abstractNumId w:val="6"/>
  </w:num>
  <w:num w:numId="3" w16cid:durableId="899436240">
    <w:abstractNumId w:val="5"/>
  </w:num>
  <w:num w:numId="4" w16cid:durableId="655108666">
    <w:abstractNumId w:val="4"/>
  </w:num>
  <w:num w:numId="5" w16cid:durableId="1184395481">
    <w:abstractNumId w:val="7"/>
  </w:num>
  <w:num w:numId="6" w16cid:durableId="1119303159">
    <w:abstractNumId w:val="3"/>
  </w:num>
  <w:num w:numId="7" w16cid:durableId="507137194">
    <w:abstractNumId w:val="2"/>
  </w:num>
  <w:num w:numId="8" w16cid:durableId="2069760780">
    <w:abstractNumId w:val="1"/>
  </w:num>
  <w:num w:numId="9" w16cid:durableId="922494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6C7"/>
    <w:rsid w:val="001041CA"/>
    <w:rsid w:val="0015074B"/>
    <w:rsid w:val="0029639D"/>
    <w:rsid w:val="00326F90"/>
    <w:rsid w:val="00356D25"/>
    <w:rsid w:val="0039133D"/>
    <w:rsid w:val="004A1476"/>
    <w:rsid w:val="00711CE9"/>
    <w:rsid w:val="00AA1D8D"/>
    <w:rsid w:val="00B47730"/>
    <w:rsid w:val="00CB0664"/>
    <w:rsid w:val="00D746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A1C951"/>
  <w14:defaultImageDpi w14:val="300"/>
  <w15:docId w15:val="{07BB3FA7-ED44-4076-8ED6-69BEB64E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0A16C7"/>
    <w:rPr>
      <w:color w:val="0000FF" w:themeColor="hyperlink"/>
      <w:u w:val="single"/>
    </w:rPr>
  </w:style>
  <w:style w:type="character" w:styleId="aff9">
    <w:name w:val="Unresolved Mention"/>
    <w:basedOn w:val="a2"/>
    <w:uiPriority w:val="99"/>
    <w:semiHidden/>
    <w:unhideWhenUsed/>
    <w:rsid w:val="000A1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stroomstor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Денис Денисов</cp:lastModifiedBy>
  <cp:revision>3</cp:revision>
  <dcterms:created xsi:type="dcterms:W3CDTF">2026-08-14T05:41:00Z</dcterms:created>
  <dcterms:modified xsi:type="dcterms:W3CDTF">2026-08-14T07:29:00Z</dcterms:modified>
  <cp:category/>
</cp:coreProperties>
</file>